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3A1" w:rsidRDefault="00BD43A1" w:rsidP="00BD43A1">
      <w:pPr>
        <w:pStyle w:val="aff8"/>
        <w:ind w:left="-993"/>
      </w:pPr>
      <w:r>
        <w:rPr>
          <w:noProof/>
        </w:rPr>
        <w:drawing>
          <wp:inline distT="0" distB="0" distL="0" distR="0">
            <wp:extent cx="6915150" cy="9220199"/>
            <wp:effectExtent l="0" t="0" r="0" b="635"/>
            <wp:docPr id="1" name="Рисунок 1" descr="E:\3 курс\1 семестр\МСЗКИ\У нас 2 вариант\Курсач\QdNxYtTm3JInM_4EMGtcMEqjsz8Orjc4h-aX8DhP1ihe1DNuRU_U4G-N6jPcxMzuT1jV7r3zgNC8ShVP1NyiR-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3 курс\1 семестр\МСЗКИ\У нас 2 вариант\Курсач\QdNxYtTm3JInM_4EMGtcMEqjsz8Orjc4h-aX8DhP1ihe1DNuRU_U4G-N6jPcxMzuT1jV7r3zgNC8ShVP1NyiR-i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615" cy="9246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0D" w:rsidRPr="00DF65E7" w:rsidRDefault="00DF65E7" w:rsidP="003C5D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570" w:firstLine="708"/>
        <w:jc w:val="center"/>
        <w:rPr>
          <w:lang w:val="ru-RU"/>
        </w:rPr>
      </w:pPr>
      <w:r w:rsidRPr="00DF65E7">
        <w:rPr>
          <w:lang w:val="ru-RU"/>
        </w:rPr>
        <w:lastRenderedPageBreak/>
        <w:t>СОДЕРЖАНИЕ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Введение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1. Постановка задачи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2. Аналитический раздел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3. Проектировочный раздел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4. Технологический раздел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 xml:space="preserve">5. Реализация </w:t>
      </w:r>
      <w:proofErr w:type="spellStart"/>
      <w:r w:rsidRPr="00DF65E7">
        <w:rPr>
          <w:lang w:val="ru-RU"/>
        </w:rPr>
        <w:t>конкурентности</w:t>
      </w:r>
      <w:proofErr w:type="spellEnd"/>
      <w:r w:rsidRPr="00DF65E7">
        <w:rPr>
          <w:lang w:val="ru-RU"/>
        </w:rPr>
        <w:t xml:space="preserve"> и асинхронности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6. Тестирование и примеры запуска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Заключение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Список использованных источников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Приложение А – Листинг исходного кода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br w:type="page"/>
      </w:r>
    </w:p>
    <w:p w:rsidR="00E9010D" w:rsidRPr="00DF65E7" w:rsidRDefault="00DF65E7">
      <w:pPr>
        <w:pStyle w:val="1"/>
        <w:rPr>
          <w:lang w:val="ru-RU"/>
        </w:rPr>
      </w:pPr>
      <w:r w:rsidRPr="00DF65E7">
        <w:rPr>
          <w:lang w:val="ru-RU"/>
        </w:rPr>
        <w:lastRenderedPageBreak/>
        <w:t>Введение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 xml:space="preserve">Развитие сетевых технологий и повсеместное использование веб-интерфейсов приводит к тому, что программам всё чаще требуется анализировать и обрабатывать большие объёмы </w:t>
      </w:r>
      <w:r>
        <w:t>HTML</w:t>
      </w:r>
      <w:r w:rsidRPr="00DF65E7">
        <w:rPr>
          <w:lang w:val="ru-RU"/>
        </w:rPr>
        <w:t xml:space="preserve">-документов. Ручная обработка таких документов является трудоёмкой и подверженной ошибкам, поэтому актуальной задачей является разработка автоматизированных средств анализа структуры </w:t>
      </w:r>
      <w:r>
        <w:t>HTML</w:t>
      </w:r>
      <w:r w:rsidRPr="00DF65E7">
        <w:rPr>
          <w:lang w:val="ru-RU"/>
        </w:rPr>
        <w:t>, извлечения интересующих элементов и формирования удобного текстового представления полученных данных.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Дополнительным требованием современных приложений является высокая производительность. Даже при работе с файлами на локальном диске обработка десятков и сотен документов последовательно может занимать значительное время. Для повышения эффективности целесообразно использовать механизмы конкурентного программирования, позволяющие задействовать несколько потоков исполнения и тем самым ускорить обработку множества файлов за счёт параллелизма.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 xml:space="preserve">Целью данной курсовой работы является разработка программы на языке </w:t>
      </w:r>
      <w:r>
        <w:t>C</w:t>
      </w:r>
      <w:r w:rsidRPr="00DF65E7">
        <w:rPr>
          <w:lang w:val="ru-RU"/>
        </w:rPr>
        <w:t xml:space="preserve">++ для поэлементного анализа </w:t>
      </w:r>
      <w:r>
        <w:t>HTML</w:t>
      </w:r>
      <w:r w:rsidRPr="00DF65E7">
        <w:rPr>
          <w:lang w:val="ru-RU"/>
        </w:rPr>
        <w:t xml:space="preserve">-документов, находящихся в заданной директории, с использованием динамически подключаемых библиотек, стандартных средств </w:t>
      </w:r>
      <w:proofErr w:type="spellStart"/>
      <w:r w:rsidRPr="00DF65E7">
        <w:rPr>
          <w:lang w:val="ru-RU"/>
        </w:rPr>
        <w:t>многопоточности</w:t>
      </w:r>
      <w:proofErr w:type="spellEnd"/>
      <w:r w:rsidRPr="00DF65E7">
        <w:rPr>
          <w:lang w:val="ru-RU"/>
        </w:rPr>
        <w:t xml:space="preserve"> и элементов асинхронного выполнения.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Для достижения поставленной цели необходимо решить следующие задачи:</w:t>
      </w:r>
    </w:p>
    <w:p w:rsidR="00E9010D" w:rsidRPr="00DF65E7" w:rsidRDefault="00DF65E7">
      <w:pPr>
        <w:pStyle w:val="a"/>
        <w:rPr>
          <w:lang w:val="ru-RU"/>
        </w:rPr>
      </w:pPr>
      <w:r>
        <w:rPr>
          <w:lang w:val="ru-RU"/>
        </w:rPr>
        <w:t>П</w:t>
      </w:r>
      <w:r w:rsidRPr="00DF65E7">
        <w:rPr>
          <w:lang w:val="ru-RU"/>
        </w:rPr>
        <w:t>роанализировать требования задания и формат обрабатываемых документов;</w:t>
      </w:r>
    </w:p>
    <w:p w:rsidR="00E9010D" w:rsidRPr="00DF65E7" w:rsidRDefault="00DF65E7">
      <w:pPr>
        <w:pStyle w:val="a"/>
        <w:rPr>
          <w:lang w:val="ru-RU"/>
        </w:rPr>
      </w:pPr>
      <w:r>
        <w:rPr>
          <w:lang w:val="ru-RU"/>
        </w:rPr>
        <w:t>Р</w:t>
      </w:r>
      <w:r w:rsidRPr="00DF65E7">
        <w:rPr>
          <w:lang w:val="ru-RU"/>
        </w:rPr>
        <w:t xml:space="preserve">азработать архитектуру приложения на базе двух </w:t>
      </w:r>
      <w:r>
        <w:t>DLL</w:t>
      </w:r>
      <w:r w:rsidRPr="00DF65E7">
        <w:rPr>
          <w:lang w:val="ru-RU"/>
        </w:rPr>
        <w:t xml:space="preserve">-библиотек (загрузка файлов и </w:t>
      </w:r>
      <w:proofErr w:type="spellStart"/>
      <w:r w:rsidRPr="00DF65E7">
        <w:rPr>
          <w:lang w:val="ru-RU"/>
        </w:rPr>
        <w:t>парсинг</w:t>
      </w:r>
      <w:proofErr w:type="spellEnd"/>
      <w:r w:rsidRPr="00DF65E7">
        <w:rPr>
          <w:lang w:val="ru-RU"/>
        </w:rPr>
        <w:t xml:space="preserve"> </w:t>
      </w:r>
      <w:r>
        <w:t>HTML</w:t>
      </w:r>
      <w:r w:rsidRPr="00DF65E7">
        <w:rPr>
          <w:lang w:val="ru-RU"/>
        </w:rPr>
        <w:t>);</w:t>
      </w:r>
    </w:p>
    <w:p w:rsidR="00E9010D" w:rsidRPr="00DF65E7" w:rsidRDefault="00DF65E7">
      <w:pPr>
        <w:pStyle w:val="a"/>
        <w:rPr>
          <w:lang w:val="ru-RU"/>
        </w:rPr>
      </w:pPr>
      <w:r>
        <w:rPr>
          <w:lang w:val="ru-RU"/>
        </w:rPr>
        <w:t>Р</w:t>
      </w:r>
      <w:r w:rsidRPr="00DF65E7">
        <w:rPr>
          <w:lang w:val="ru-RU"/>
        </w:rPr>
        <w:t>еализовать многопоточный разбор документов по заданной директории;</w:t>
      </w:r>
    </w:p>
    <w:p w:rsidR="00E9010D" w:rsidRPr="00DF65E7" w:rsidRDefault="00DF65E7">
      <w:pPr>
        <w:pStyle w:val="a"/>
        <w:rPr>
          <w:lang w:val="ru-RU"/>
        </w:rPr>
      </w:pPr>
      <w:r>
        <w:rPr>
          <w:lang w:val="ru-RU"/>
        </w:rPr>
        <w:t>О</w:t>
      </w:r>
      <w:r w:rsidRPr="00DF65E7">
        <w:rPr>
          <w:lang w:val="ru-RU"/>
        </w:rPr>
        <w:t>беспечить безопасную передачу данных между потоками и корректный вывод результатов;</w:t>
      </w:r>
    </w:p>
    <w:p w:rsidR="00E9010D" w:rsidRPr="00DF65E7" w:rsidRDefault="00DF65E7">
      <w:pPr>
        <w:pStyle w:val="a"/>
        <w:rPr>
          <w:lang w:val="ru-RU"/>
        </w:rPr>
      </w:pPr>
      <w:r>
        <w:rPr>
          <w:lang w:val="ru-RU"/>
        </w:rPr>
        <w:t>П</w:t>
      </w:r>
      <w:r w:rsidRPr="00DF65E7">
        <w:rPr>
          <w:lang w:val="ru-RU"/>
        </w:rPr>
        <w:t>ровести тестирование разработанной программы и оценить её эффективность.</w:t>
      </w:r>
    </w:p>
    <w:p w:rsidR="00E9010D" w:rsidRPr="00DF65E7" w:rsidRDefault="00DF65E7">
      <w:pPr>
        <w:pStyle w:val="1"/>
        <w:rPr>
          <w:lang w:val="ru-RU"/>
        </w:rPr>
      </w:pPr>
      <w:bookmarkStart w:id="0" w:name="_GoBack"/>
      <w:bookmarkEnd w:id="0"/>
      <w:r w:rsidRPr="00DF65E7">
        <w:rPr>
          <w:lang w:val="ru-RU"/>
        </w:rPr>
        <w:lastRenderedPageBreak/>
        <w:t>1. Постановка задачи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 xml:space="preserve">Необходимо разработать программу на языке </w:t>
      </w:r>
      <w:r>
        <w:t>C</w:t>
      </w:r>
      <w:r w:rsidRPr="00DF65E7">
        <w:rPr>
          <w:lang w:val="ru-RU"/>
        </w:rPr>
        <w:t>++ на основе второй лабораторной работы, которая должна поэлементно (в соответствии с таблицей 1.1) разбирать все документы определённого формата (</w:t>
      </w:r>
      <w:r>
        <w:t>HTML</w:t>
      </w:r>
      <w:r w:rsidRPr="00DF65E7">
        <w:rPr>
          <w:lang w:val="ru-RU"/>
        </w:rPr>
        <w:t>), находящиеся в заданной директории. Имя директории или путь к исходному файлу передаётся как аргумент командной строки. Программа должна использовать механизмы конкурентного программирования и обеспечивать асинхронную обработку нескольких файлов.</w:t>
      </w:r>
    </w:p>
    <w:p w:rsidR="00E9010D" w:rsidRDefault="00DF65E7">
      <w:proofErr w:type="spellStart"/>
      <w:r>
        <w:t>Таблица</w:t>
      </w:r>
      <w:proofErr w:type="spellEnd"/>
      <w:r>
        <w:t xml:space="preserve"> 1.1 – </w:t>
      </w:r>
      <w:proofErr w:type="spellStart"/>
      <w:r>
        <w:t>Извлекаемые</w:t>
      </w:r>
      <w:proofErr w:type="spellEnd"/>
      <w:r>
        <w:t xml:space="preserve"> </w:t>
      </w:r>
      <w:proofErr w:type="spellStart"/>
      <w:r>
        <w:t>элементы</w:t>
      </w:r>
      <w:proofErr w:type="spellEnd"/>
      <w:r>
        <w:t xml:space="preserve"> HTML-</w:t>
      </w:r>
      <w:proofErr w:type="spellStart"/>
      <w:r>
        <w:t>документа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9010D">
        <w:tc>
          <w:tcPr>
            <w:tcW w:w="2880" w:type="dxa"/>
          </w:tcPr>
          <w:p w:rsidR="00E9010D" w:rsidRDefault="00DF65E7">
            <w:proofErr w:type="spellStart"/>
            <w:r>
              <w:t>Тег</w:t>
            </w:r>
            <w:proofErr w:type="spellEnd"/>
          </w:p>
        </w:tc>
        <w:tc>
          <w:tcPr>
            <w:tcW w:w="2880" w:type="dxa"/>
          </w:tcPr>
          <w:p w:rsidR="00E9010D" w:rsidRDefault="00DF65E7">
            <w:proofErr w:type="spellStart"/>
            <w:r>
              <w:t>Описание</w:t>
            </w:r>
            <w:proofErr w:type="spellEnd"/>
          </w:p>
        </w:tc>
        <w:tc>
          <w:tcPr>
            <w:tcW w:w="2880" w:type="dxa"/>
          </w:tcPr>
          <w:p w:rsidR="00E9010D" w:rsidRDefault="00DF65E7">
            <w:proofErr w:type="spellStart"/>
            <w:r>
              <w:t>Формат</w:t>
            </w:r>
            <w:proofErr w:type="spellEnd"/>
            <w:r>
              <w:t xml:space="preserve"> </w:t>
            </w:r>
            <w:proofErr w:type="spellStart"/>
            <w:r>
              <w:t>строки</w:t>
            </w:r>
            <w:proofErr w:type="spellEnd"/>
            <w:r>
              <w:t xml:space="preserve"> в </w:t>
            </w:r>
            <w:proofErr w:type="spellStart"/>
            <w:r>
              <w:t>выводе</w:t>
            </w:r>
            <w:proofErr w:type="spellEnd"/>
          </w:p>
        </w:tc>
      </w:tr>
      <w:tr w:rsidR="00E9010D">
        <w:tc>
          <w:tcPr>
            <w:tcW w:w="2880" w:type="dxa"/>
          </w:tcPr>
          <w:p w:rsidR="00E9010D" w:rsidRDefault="00DF65E7">
            <w:r>
              <w:t>h1..h6</w:t>
            </w:r>
          </w:p>
        </w:tc>
        <w:tc>
          <w:tcPr>
            <w:tcW w:w="2880" w:type="dxa"/>
          </w:tcPr>
          <w:p w:rsidR="00E9010D" w:rsidRDefault="00DF65E7">
            <w:proofErr w:type="spellStart"/>
            <w:r>
              <w:t>Заголовки</w:t>
            </w:r>
            <w:proofErr w:type="spellEnd"/>
            <w:r>
              <w:t xml:space="preserve"> </w:t>
            </w:r>
            <w:proofErr w:type="spellStart"/>
            <w:r>
              <w:t>первого</w:t>
            </w:r>
            <w:proofErr w:type="spellEnd"/>
            <w:r>
              <w:t>–</w:t>
            </w:r>
            <w:proofErr w:type="spellStart"/>
            <w:r>
              <w:t>шестого</w:t>
            </w:r>
            <w:proofErr w:type="spellEnd"/>
            <w:r>
              <w:t xml:space="preserve"> </w:t>
            </w:r>
            <w:proofErr w:type="spellStart"/>
            <w:r>
              <w:t>уровней</w:t>
            </w:r>
            <w:proofErr w:type="spellEnd"/>
          </w:p>
        </w:tc>
        <w:tc>
          <w:tcPr>
            <w:tcW w:w="2880" w:type="dxa"/>
          </w:tcPr>
          <w:p w:rsidR="00E9010D" w:rsidRDefault="00DF65E7">
            <w:proofErr w:type="spellStart"/>
            <w:r>
              <w:t>hN</w:t>
            </w:r>
            <w:proofErr w:type="spellEnd"/>
            <w:r>
              <w:t>: &lt;</w:t>
            </w:r>
            <w:proofErr w:type="spellStart"/>
            <w:r>
              <w:t>текст</w:t>
            </w:r>
            <w:proofErr w:type="spellEnd"/>
            <w:r>
              <w:t xml:space="preserve"> </w:t>
            </w:r>
            <w:proofErr w:type="spellStart"/>
            <w:r>
              <w:t>заголовка</w:t>
            </w:r>
            <w:proofErr w:type="spellEnd"/>
            <w:r>
              <w:t>&gt;</w:t>
            </w:r>
          </w:p>
        </w:tc>
      </w:tr>
      <w:tr w:rsidR="00E9010D">
        <w:tc>
          <w:tcPr>
            <w:tcW w:w="2880" w:type="dxa"/>
          </w:tcPr>
          <w:p w:rsidR="00E9010D" w:rsidRDefault="00DF65E7">
            <w:r>
              <w:t>p</w:t>
            </w:r>
          </w:p>
        </w:tc>
        <w:tc>
          <w:tcPr>
            <w:tcW w:w="2880" w:type="dxa"/>
          </w:tcPr>
          <w:p w:rsidR="00E9010D" w:rsidRDefault="00DF65E7">
            <w:proofErr w:type="spellStart"/>
            <w:r>
              <w:t>Абзацы</w:t>
            </w:r>
            <w:proofErr w:type="spellEnd"/>
            <w:r>
              <w:t xml:space="preserve"> </w:t>
            </w:r>
            <w:proofErr w:type="spellStart"/>
            <w:r>
              <w:t>текста</w:t>
            </w:r>
            <w:proofErr w:type="spellEnd"/>
          </w:p>
        </w:tc>
        <w:tc>
          <w:tcPr>
            <w:tcW w:w="2880" w:type="dxa"/>
          </w:tcPr>
          <w:p w:rsidR="00E9010D" w:rsidRDefault="00DF65E7">
            <w:r>
              <w:t>p: &lt;</w:t>
            </w:r>
            <w:proofErr w:type="spellStart"/>
            <w:r>
              <w:t>текст</w:t>
            </w:r>
            <w:proofErr w:type="spellEnd"/>
            <w:r>
              <w:t xml:space="preserve"> </w:t>
            </w:r>
            <w:proofErr w:type="spellStart"/>
            <w:r>
              <w:t>абзаца</w:t>
            </w:r>
            <w:proofErr w:type="spellEnd"/>
            <w:r>
              <w:t>&gt;</w:t>
            </w:r>
          </w:p>
        </w:tc>
      </w:tr>
      <w:tr w:rsidR="00E9010D">
        <w:tc>
          <w:tcPr>
            <w:tcW w:w="2880" w:type="dxa"/>
          </w:tcPr>
          <w:p w:rsidR="00E9010D" w:rsidRDefault="00DF65E7">
            <w:r>
              <w:t>li (</w:t>
            </w:r>
            <w:proofErr w:type="spellStart"/>
            <w:r>
              <w:t>внутри</w:t>
            </w:r>
            <w:proofErr w:type="spellEnd"/>
            <w:r>
              <w:t xml:space="preserve"> </w:t>
            </w:r>
            <w:proofErr w:type="spellStart"/>
            <w:r>
              <w:t>ol</w:t>
            </w:r>
            <w:proofErr w:type="spellEnd"/>
            <w:r>
              <w:t>)</w:t>
            </w:r>
          </w:p>
        </w:tc>
        <w:tc>
          <w:tcPr>
            <w:tcW w:w="2880" w:type="dxa"/>
          </w:tcPr>
          <w:p w:rsidR="00E9010D" w:rsidRDefault="00DF65E7">
            <w:proofErr w:type="spellStart"/>
            <w:r>
              <w:t>Пункты</w:t>
            </w:r>
            <w:proofErr w:type="spellEnd"/>
            <w:r>
              <w:t xml:space="preserve"> </w:t>
            </w:r>
            <w:proofErr w:type="spellStart"/>
            <w:r>
              <w:t>маркированных</w:t>
            </w:r>
            <w:proofErr w:type="spellEnd"/>
            <w:r>
              <w:t xml:space="preserve"> </w:t>
            </w:r>
            <w:proofErr w:type="spellStart"/>
            <w:r>
              <w:t>списков</w:t>
            </w:r>
            <w:proofErr w:type="spellEnd"/>
          </w:p>
        </w:tc>
        <w:tc>
          <w:tcPr>
            <w:tcW w:w="2880" w:type="dxa"/>
          </w:tcPr>
          <w:p w:rsidR="00E9010D" w:rsidRDefault="00DF65E7" w:rsidP="00DF65E7">
            <w:proofErr w:type="spellStart"/>
            <w:r>
              <w:t>olN</w:t>
            </w:r>
            <w:proofErr w:type="spellEnd"/>
            <w:r>
              <w:t>: &lt;</w:t>
            </w:r>
            <w:proofErr w:type="spellStart"/>
            <w:r>
              <w:t>текст</w:t>
            </w:r>
            <w:proofErr w:type="spellEnd"/>
            <w:r>
              <w:t xml:space="preserve"> </w:t>
            </w:r>
            <w:proofErr w:type="spellStart"/>
            <w:r>
              <w:t>пункта</w:t>
            </w:r>
            <w:proofErr w:type="spellEnd"/>
            <w:r>
              <w:t>&gt;</w:t>
            </w:r>
          </w:p>
        </w:tc>
      </w:tr>
    </w:tbl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В качестве основы используется библиотека загрузки файлов (</w:t>
      </w:r>
      <w:proofErr w:type="spellStart"/>
      <w:r>
        <w:t>loadtime</w:t>
      </w:r>
      <w:proofErr w:type="spellEnd"/>
      <w:r w:rsidRPr="00DF65E7">
        <w:rPr>
          <w:lang w:val="ru-RU"/>
        </w:rPr>
        <w:t xml:space="preserve"> </w:t>
      </w:r>
      <w:r>
        <w:t>DLL</w:t>
      </w:r>
      <w:r w:rsidRPr="00DF65E7">
        <w:rPr>
          <w:lang w:val="ru-RU"/>
        </w:rPr>
        <w:t xml:space="preserve">), которая предоставляет безопасные функции для открытия, чтения и закрытия документов, а также библиотека разбора </w:t>
      </w:r>
      <w:r>
        <w:t>HTML</w:t>
      </w:r>
      <w:r w:rsidRPr="00DF65E7">
        <w:rPr>
          <w:lang w:val="ru-RU"/>
        </w:rPr>
        <w:t xml:space="preserve"> (</w:t>
      </w:r>
      <w:r>
        <w:t>runtime</w:t>
      </w:r>
      <w:r w:rsidRPr="00DF65E7">
        <w:rPr>
          <w:lang w:val="ru-RU"/>
        </w:rPr>
        <w:t xml:space="preserve"> </w:t>
      </w:r>
      <w:r>
        <w:t>DLL</w:t>
      </w:r>
      <w:r w:rsidRPr="00DF65E7">
        <w:rPr>
          <w:lang w:val="ru-RU"/>
        </w:rPr>
        <w:t xml:space="preserve">) с функцией </w:t>
      </w:r>
      <w:proofErr w:type="spellStart"/>
      <w:r>
        <w:t>parseHeads</w:t>
      </w:r>
      <w:proofErr w:type="spellEnd"/>
      <w:r w:rsidRPr="00DF65E7">
        <w:rPr>
          <w:lang w:val="ru-RU"/>
        </w:rPr>
        <w:t>_</w:t>
      </w:r>
      <w:proofErr w:type="spellStart"/>
      <w:r>
        <w:t>safeA</w:t>
      </w:r>
      <w:proofErr w:type="spellEnd"/>
      <w:r w:rsidRPr="00DF65E7">
        <w:rPr>
          <w:lang w:val="ru-RU"/>
        </w:rPr>
        <w:t>, возвращающей строки с извлечёнными элементами.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br w:type="page"/>
      </w:r>
    </w:p>
    <w:p w:rsidR="00E9010D" w:rsidRPr="00DF65E7" w:rsidRDefault="00DF65E7">
      <w:pPr>
        <w:pStyle w:val="1"/>
        <w:rPr>
          <w:lang w:val="ru-RU"/>
        </w:rPr>
      </w:pPr>
      <w:r w:rsidRPr="00DF65E7">
        <w:rPr>
          <w:lang w:val="ru-RU"/>
        </w:rPr>
        <w:lastRenderedPageBreak/>
        <w:t>2. Аналитический раздел</w:t>
      </w:r>
    </w:p>
    <w:p w:rsidR="00E9010D" w:rsidRPr="00DF65E7" w:rsidRDefault="00DF65E7">
      <w:pPr>
        <w:rPr>
          <w:lang w:val="ru-RU"/>
        </w:rPr>
      </w:pPr>
      <w:r>
        <w:t>HTML</w:t>
      </w:r>
      <w:r w:rsidRPr="00DF65E7">
        <w:rPr>
          <w:lang w:val="ru-RU"/>
        </w:rPr>
        <w:t xml:space="preserve">-документ представляет собой текстовый файл, содержащий разметку в виде тегов и вложенного текстового содержимого. Для решения поставленной задачи требуется выделить содержимое заголовков, абзацев и пунктов списков, отбросив </w:t>
      </w:r>
      <w:r>
        <w:t>HTML</w:t>
      </w:r>
      <w:r w:rsidRPr="00DF65E7">
        <w:rPr>
          <w:lang w:val="ru-RU"/>
        </w:rPr>
        <w:t xml:space="preserve">-теги. В данной работе для </w:t>
      </w:r>
      <w:proofErr w:type="spellStart"/>
      <w:r w:rsidRPr="00DF65E7">
        <w:rPr>
          <w:lang w:val="ru-RU"/>
        </w:rPr>
        <w:t>парсинга</w:t>
      </w:r>
      <w:proofErr w:type="spellEnd"/>
      <w:r w:rsidRPr="00DF65E7">
        <w:rPr>
          <w:lang w:val="ru-RU"/>
        </w:rPr>
        <w:t xml:space="preserve"> используются регулярные выражения из стандартной библиотеки </w:t>
      </w:r>
      <w:r>
        <w:t>C</w:t>
      </w:r>
      <w:r w:rsidRPr="00DF65E7">
        <w:rPr>
          <w:lang w:val="ru-RU"/>
        </w:rPr>
        <w:t>++.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 xml:space="preserve">Конкурентное программирование позволяет распределить вычислительную нагрузку между несколькими потоками выполнения. В рамках данной работы главный поток отвечает за поиск и чтение файлов, а вспомогательные потоки — за разбор </w:t>
      </w:r>
      <w:r>
        <w:t>HTML</w:t>
      </w:r>
      <w:r w:rsidRPr="00DF65E7">
        <w:rPr>
          <w:lang w:val="ru-RU"/>
        </w:rPr>
        <w:t>. Такое разделение обязанностей позволяет добиться асинхронности: чтение с диска и обработка содержимого выполняются параллельно.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br w:type="page"/>
      </w:r>
    </w:p>
    <w:p w:rsidR="00E9010D" w:rsidRPr="00DF65E7" w:rsidRDefault="00DF65E7">
      <w:pPr>
        <w:pStyle w:val="1"/>
        <w:rPr>
          <w:lang w:val="ru-RU"/>
        </w:rPr>
      </w:pPr>
      <w:r w:rsidRPr="00DF65E7">
        <w:rPr>
          <w:lang w:val="ru-RU"/>
        </w:rPr>
        <w:lastRenderedPageBreak/>
        <w:t>3. Проектировочный раздел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>Программа состоит из трёх компонентов: исполняемого модуля (</w:t>
      </w:r>
      <w:r>
        <w:t>EXE</w:t>
      </w:r>
      <w:r w:rsidRPr="00DF65E7">
        <w:rPr>
          <w:lang w:val="ru-RU"/>
        </w:rPr>
        <w:t xml:space="preserve">), </w:t>
      </w:r>
      <w:r>
        <w:t>DLL</w:t>
      </w:r>
      <w:r w:rsidRPr="00DF65E7">
        <w:rPr>
          <w:lang w:val="ru-RU"/>
        </w:rPr>
        <w:t xml:space="preserve">-библиотеки загрузки документов и </w:t>
      </w:r>
      <w:r>
        <w:t>DLL</w:t>
      </w:r>
      <w:r w:rsidRPr="00DF65E7">
        <w:rPr>
          <w:lang w:val="ru-RU"/>
        </w:rPr>
        <w:t xml:space="preserve">-библиотеки разбора </w:t>
      </w:r>
      <w:r>
        <w:t>HTML</w:t>
      </w:r>
      <w:r w:rsidRPr="00DF65E7">
        <w:rPr>
          <w:lang w:val="ru-RU"/>
        </w:rPr>
        <w:t xml:space="preserve">. Исполняемый модуль отвечает за взаимодействие с пользователем, обработку аргументов командной строки, поиск всех файлов заданного расширения и запуск потоков обработки. 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 xml:space="preserve">Библиотека загрузки документов инкапсулирует операции открытия, чтения и закрытия файлов. Библиотека разбора </w:t>
      </w:r>
      <w:r>
        <w:t>HTML</w:t>
      </w:r>
      <w:r w:rsidRPr="00DF65E7">
        <w:rPr>
          <w:lang w:val="ru-RU"/>
        </w:rPr>
        <w:t xml:space="preserve"> реализует функцию </w:t>
      </w:r>
      <w:proofErr w:type="spellStart"/>
      <w:r>
        <w:t>parseHeads</w:t>
      </w:r>
      <w:proofErr w:type="spellEnd"/>
      <w:r w:rsidRPr="00DF65E7">
        <w:rPr>
          <w:lang w:val="ru-RU"/>
        </w:rPr>
        <w:t>_</w:t>
      </w:r>
      <w:proofErr w:type="spellStart"/>
      <w:r>
        <w:t>safeA</w:t>
      </w:r>
      <w:proofErr w:type="spellEnd"/>
      <w:r w:rsidRPr="00DF65E7">
        <w:rPr>
          <w:lang w:val="ru-RU"/>
        </w:rPr>
        <w:t xml:space="preserve">, которая принимает строку с </w:t>
      </w:r>
      <w:r>
        <w:t>HTML</w:t>
      </w:r>
      <w:r w:rsidRPr="00DF65E7">
        <w:rPr>
          <w:lang w:val="ru-RU"/>
        </w:rPr>
        <w:t>-текстом и формирует результат в виде набора строк по каждому найденному элементу разметки.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br w:type="page"/>
      </w:r>
    </w:p>
    <w:p w:rsidR="00E9010D" w:rsidRPr="00DF65E7" w:rsidRDefault="00DF65E7">
      <w:pPr>
        <w:pStyle w:val="1"/>
        <w:rPr>
          <w:lang w:val="ru-RU"/>
        </w:rPr>
      </w:pPr>
      <w:r w:rsidRPr="00DF65E7">
        <w:rPr>
          <w:lang w:val="ru-RU"/>
        </w:rPr>
        <w:lastRenderedPageBreak/>
        <w:t>4. Технологический раздел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 xml:space="preserve">Используется язык </w:t>
      </w:r>
      <w:r>
        <w:t>C</w:t>
      </w:r>
      <w:r w:rsidRPr="00DF65E7">
        <w:rPr>
          <w:lang w:val="ru-RU"/>
        </w:rPr>
        <w:t xml:space="preserve">++17 и стандартная библиотека. Взаимодействие с файловой системой </w:t>
      </w:r>
      <w:r>
        <w:t>Windows</w:t>
      </w:r>
      <w:r w:rsidRPr="00DF65E7">
        <w:rPr>
          <w:lang w:val="ru-RU"/>
        </w:rPr>
        <w:t xml:space="preserve"> реализовано с помощью </w:t>
      </w:r>
      <w:proofErr w:type="spellStart"/>
      <w:r>
        <w:t>WinAPI</w:t>
      </w:r>
      <w:proofErr w:type="spellEnd"/>
      <w:r w:rsidRPr="00DF65E7">
        <w:rPr>
          <w:lang w:val="ru-RU"/>
        </w:rPr>
        <w:t xml:space="preserve"> и функций _</w:t>
      </w:r>
      <w:proofErr w:type="spellStart"/>
      <w:r>
        <w:t>findfirst</w:t>
      </w:r>
      <w:proofErr w:type="spellEnd"/>
      <w:r w:rsidRPr="00DF65E7">
        <w:rPr>
          <w:lang w:val="ru-RU"/>
        </w:rPr>
        <w:t>/_</w:t>
      </w:r>
      <w:proofErr w:type="spellStart"/>
      <w:r>
        <w:t>findnext</w:t>
      </w:r>
      <w:proofErr w:type="spellEnd"/>
      <w:r w:rsidRPr="00DF65E7">
        <w:rPr>
          <w:lang w:val="ru-RU"/>
        </w:rPr>
        <w:t xml:space="preserve"> для поиска файлов по маске. Для загрузки динамических библиотек используются функции </w:t>
      </w:r>
      <w:proofErr w:type="spellStart"/>
      <w:r>
        <w:t>LoadLibrary</w:t>
      </w:r>
      <w:proofErr w:type="spellEnd"/>
      <w:r w:rsidRPr="00DF65E7">
        <w:rPr>
          <w:lang w:val="ru-RU"/>
        </w:rPr>
        <w:t xml:space="preserve">, </w:t>
      </w:r>
      <w:proofErr w:type="spellStart"/>
      <w:r>
        <w:t>GetProcAddress</w:t>
      </w:r>
      <w:proofErr w:type="spellEnd"/>
      <w:r w:rsidRPr="00DF65E7">
        <w:rPr>
          <w:lang w:val="ru-RU"/>
        </w:rPr>
        <w:t xml:space="preserve"> и </w:t>
      </w:r>
      <w:proofErr w:type="spellStart"/>
      <w:r>
        <w:t>FreeLibrary</w:t>
      </w:r>
      <w:proofErr w:type="spellEnd"/>
      <w:r w:rsidRPr="00DF65E7">
        <w:rPr>
          <w:lang w:val="ru-RU"/>
        </w:rPr>
        <w:t>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 xml:space="preserve">Библиотека </w:t>
      </w:r>
      <w:proofErr w:type="spellStart"/>
      <w:r>
        <w:t>loadtime</w:t>
      </w:r>
      <w:proofErr w:type="spellEnd"/>
      <w:r w:rsidRPr="00DF65E7">
        <w:rPr>
          <w:lang w:val="ru-RU"/>
        </w:rPr>
        <w:t xml:space="preserve"> предоставляет безопасные обёртки </w:t>
      </w:r>
      <w:proofErr w:type="spellStart"/>
      <w:r>
        <w:t>openDocument</w:t>
      </w:r>
      <w:proofErr w:type="spellEnd"/>
      <w:r w:rsidRPr="00DF65E7">
        <w:rPr>
          <w:lang w:val="ru-RU"/>
        </w:rPr>
        <w:t>_</w:t>
      </w:r>
      <w:proofErr w:type="spellStart"/>
      <w:r>
        <w:t>safeA</w:t>
      </w:r>
      <w:proofErr w:type="spellEnd"/>
      <w:r w:rsidRPr="00DF65E7">
        <w:rPr>
          <w:lang w:val="ru-RU"/>
        </w:rPr>
        <w:t xml:space="preserve">, </w:t>
      </w:r>
      <w:proofErr w:type="spellStart"/>
      <w:r>
        <w:t>closeDocument</w:t>
      </w:r>
      <w:proofErr w:type="spellEnd"/>
      <w:r w:rsidRPr="00DF65E7">
        <w:rPr>
          <w:lang w:val="ru-RU"/>
        </w:rPr>
        <w:t>_</w:t>
      </w:r>
      <w:proofErr w:type="spellStart"/>
      <w:r>
        <w:t>safeA</w:t>
      </w:r>
      <w:proofErr w:type="spellEnd"/>
      <w:r w:rsidRPr="00DF65E7">
        <w:rPr>
          <w:lang w:val="ru-RU"/>
        </w:rPr>
        <w:t xml:space="preserve"> и </w:t>
      </w:r>
      <w:r>
        <w:t>read</w:t>
      </w:r>
      <w:r w:rsidRPr="00DF65E7">
        <w:rPr>
          <w:lang w:val="ru-RU"/>
        </w:rPr>
        <w:t>_</w:t>
      </w:r>
      <w:r>
        <w:t>all</w:t>
      </w:r>
      <w:r w:rsidRPr="00DF65E7">
        <w:rPr>
          <w:lang w:val="ru-RU"/>
        </w:rPr>
        <w:t>_</w:t>
      </w:r>
      <w:proofErr w:type="spellStart"/>
      <w:r>
        <w:t>safeA</w:t>
      </w:r>
      <w:proofErr w:type="spellEnd"/>
      <w:r w:rsidRPr="00DF65E7">
        <w:rPr>
          <w:lang w:val="ru-RU"/>
        </w:rPr>
        <w:t xml:space="preserve">, которые возвращают код ошибки и текстовое сообщение. Библиотека </w:t>
      </w:r>
      <w:r>
        <w:t>runtime</w:t>
      </w:r>
      <w:r w:rsidRPr="00DF65E7">
        <w:rPr>
          <w:lang w:val="ru-RU"/>
        </w:rPr>
        <w:t xml:space="preserve"> реализует функцию </w:t>
      </w:r>
      <w:proofErr w:type="spellStart"/>
      <w:r>
        <w:t>parseHeads</w:t>
      </w:r>
      <w:proofErr w:type="spellEnd"/>
      <w:r w:rsidRPr="00DF65E7">
        <w:rPr>
          <w:lang w:val="ru-RU"/>
        </w:rPr>
        <w:t>_</w:t>
      </w:r>
      <w:proofErr w:type="spellStart"/>
      <w:r>
        <w:t>safeA</w:t>
      </w:r>
      <w:proofErr w:type="spellEnd"/>
      <w:r w:rsidRPr="00DF65E7">
        <w:rPr>
          <w:lang w:val="ru-RU"/>
        </w:rPr>
        <w:t xml:space="preserve">, использующую </w:t>
      </w:r>
      <w:proofErr w:type="spellStart"/>
      <w:proofErr w:type="gramStart"/>
      <w:r>
        <w:t>std</w:t>
      </w:r>
      <w:proofErr w:type="spellEnd"/>
      <w:r w:rsidRPr="00DF65E7">
        <w:rPr>
          <w:lang w:val="ru-RU"/>
        </w:rPr>
        <w:t>::</w:t>
      </w:r>
      <w:proofErr w:type="gramEnd"/>
      <w:r>
        <w:t>regex</w:t>
      </w:r>
      <w:r w:rsidRPr="00DF65E7">
        <w:rPr>
          <w:lang w:val="ru-RU"/>
        </w:rPr>
        <w:t xml:space="preserve"> для выделения заголовков, абзацев и элементов списков.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br w:type="page"/>
      </w:r>
    </w:p>
    <w:p w:rsidR="00DF65E7" w:rsidRPr="00DF65E7" w:rsidRDefault="00DF65E7" w:rsidP="00DF65E7">
      <w:pPr>
        <w:pStyle w:val="1"/>
        <w:rPr>
          <w:lang w:val="ru-RU"/>
        </w:rPr>
      </w:pPr>
      <w:r w:rsidRPr="00DF65E7">
        <w:rPr>
          <w:lang w:val="ru-RU"/>
        </w:rPr>
        <w:lastRenderedPageBreak/>
        <w:t xml:space="preserve"> 5. Реализация </w:t>
      </w:r>
      <w:proofErr w:type="spellStart"/>
      <w:r w:rsidRPr="00DF65E7">
        <w:rPr>
          <w:lang w:val="ru-RU"/>
        </w:rPr>
        <w:t>конкурентности</w:t>
      </w:r>
      <w:proofErr w:type="spellEnd"/>
      <w:r w:rsidRPr="00DF65E7">
        <w:rPr>
          <w:lang w:val="ru-RU"/>
        </w:rPr>
        <w:t xml:space="preserve"> и асинхронности</w:t>
      </w:r>
    </w:p>
    <w:p w:rsidR="00DF65E7" w:rsidRPr="00DF65E7" w:rsidRDefault="00DF65E7" w:rsidP="00DF65E7">
      <w:pPr>
        <w:rPr>
          <w:lang w:val="ru-RU"/>
        </w:rPr>
      </w:pPr>
      <w:r w:rsidRPr="00DF65E7">
        <w:rPr>
          <w:lang w:val="ru-RU"/>
        </w:rPr>
        <w:t>В разр</w:t>
      </w:r>
      <w:r>
        <w:rPr>
          <w:lang w:val="ru-RU"/>
        </w:rPr>
        <w:t>аботанном приложении реализован</w:t>
      </w:r>
      <w:r w:rsidRPr="00DF65E7">
        <w:rPr>
          <w:lang w:val="ru-RU"/>
        </w:rPr>
        <w:t xml:space="preserve">**вариант 2 </w:t>
      </w:r>
      <w:proofErr w:type="spellStart"/>
      <w:r w:rsidRPr="00DF65E7">
        <w:rPr>
          <w:lang w:val="ru-RU"/>
        </w:rPr>
        <w:t>конкурентности</w:t>
      </w:r>
      <w:proofErr w:type="spellEnd"/>
      <w:r w:rsidRPr="00DF65E7">
        <w:rPr>
          <w:lang w:val="ru-RU"/>
        </w:rPr>
        <w:t>:</w:t>
      </w:r>
    </w:p>
    <w:p w:rsidR="00DF65E7" w:rsidRPr="00DF65E7" w:rsidRDefault="00DF65E7" w:rsidP="00DF65E7">
      <w:pPr>
        <w:rPr>
          <w:lang w:val="ru-RU"/>
        </w:rPr>
      </w:pPr>
      <w:r w:rsidRPr="00DF65E7">
        <w:rPr>
          <w:lang w:val="ru-RU"/>
        </w:rPr>
        <w:t xml:space="preserve">- </w:t>
      </w:r>
      <w:r w:rsidRPr="00DF65E7">
        <w:rPr>
          <w:b/>
          <w:lang w:val="ru-RU"/>
        </w:rPr>
        <w:t>Главный поток</w:t>
      </w:r>
      <w:r w:rsidRPr="00DF65E7">
        <w:rPr>
          <w:lang w:val="ru-RU"/>
        </w:rPr>
        <w:t xml:space="preserve">: отвечает за работу с файловой системой (поиск файлов, </w:t>
      </w:r>
    </w:p>
    <w:p w:rsidR="00DF65E7" w:rsidRPr="00DF65E7" w:rsidRDefault="00DF65E7" w:rsidP="00DF65E7">
      <w:pPr>
        <w:rPr>
          <w:lang w:val="ru-RU"/>
        </w:rPr>
      </w:pPr>
      <w:r w:rsidRPr="00DF65E7">
        <w:rPr>
          <w:lang w:val="ru-RU"/>
        </w:rPr>
        <w:t xml:space="preserve">  открытие, чтение и закрытие файлов)</w:t>
      </w:r>
    </w:p>
    <w:p w:rsidR="00DF65E7" w:rsidRPr="00DF65E7" w:rsidRDefault="00DF65E7" w:rsidP="00DF65E7">
      <w:pPr>
        <w:rPr>
          <w:lang w:val="ru-RU"/>
        </w:rPr>
      </w:pPr>
      <w:r>
        <w:rPr>
          <w:lang w:val="ru-RU"/>
        </w:rPr>
        <w:t xml:space="preserve">- </w:t>
      </w:r>
      <w:r w:rsidRPr="00DF65E7">
        <w:rPr>
          <w:b/>
          <w:lang w:val="ru-RU"/>
        </w:rPr>
        <w:t>Вспомогательные потоки</w:t>
      </w:r>
      <w:r w:rsidRPr="00DF65E7">
        <w:rPr>
          <w:lang w:val="ru-RU"/>
        </w:rPr>
        <w:t xml:space="preserve">: выполняют только </w:t>
      </w:r>
      <w:proofErr w:type="spellStart"/>
      <w:r w:rsidRPr="00DF65E7">
        <w:rPr>
          <w:lang w:val="ru-RU"/>
        </w:rPr>
        <w:t>парсинг</w:t>
      </w:r>
      <w:proofErr w:type="spellEnd"/>
      <w:r w:rsidRPr="00DF65E7">
        <w:rPr>
          <w:lang w:val="ru-RU"/>
        </w:rPr>
        <w:t xml:space="preserve"> HTML-контента</w:t>
      </w:r>
    </w:p>
    <w:p w:rsidR="00DF65E7" w:rsidRPr="00DF65E7" w:rsidRDefault="00DF65E7" w:rsidP="00DF65E7">
      <w:pPr>
        <w:rPr>
          <w:lang w:val="ru-RU"/>
        </w:rPr>
      </w:pPr>
    </w:p>
    <w:p w:rsidR="00DF65E7" w:rsidRPr="00DF65E7" w:rsidRDefault="00DF65E7" w:rsidP="00DF65E7">
      <w:pPr>
        <w:rPr>
          <w:lang w:val="ru-RU"/>
        </w:rPr>
      </w:pPr>
      <w:r w:rsidRPr="00DF65E7">
        <w:rPr>
          <w:lang w:val="ru-RU"/>
        </w:rPr>
        <w:t>Такой подход обеспечивает асинхронность выполнения операций ввода-вывода</w:t>
      </w:r>
    </w:p>
    <w:p w:rsidR="00DF65E7" w:rsidRPr="00DF65E7" w:rsidRDefault="00DF65E7" w:rsidP="00DF65E7">
      <w:pPr>
        <w:rPr>
          <w:lang w:val="ru-RU"/>
        </w:rPr>
      </w:pPr>
      <w:r w:rsidRPr="00DF65E7">
        <w:rPr>
          <w:lang w:val="ru-RU"/>
        </w:rPr>
        <w:t>и вычислительных задач. Главный поток не блокируется на обработке HTML,</w:t>
      </w:r>
    </w:p>
    <w:p w:rsidR="00DF65E7" w:rsidRPr="00DF65E7" w:rsidRDefault="00DF65E7" w:rsidP="00DF65E7">
      <w:pPr>
        <w:rPr>
          <w:lang w:val="ru-RU"/>
        </w:rPr>
      </w:pPr>
      <w:r w:rsidRPr="00DF65E7">
        <w:rPr>
          <w:lang w:val="ru-RU"/>
        </w:rPr>
        <w:t xml:space="preserve">а продолжает чтение следующих файлов, пока вспомогательные потоки </w:t>
      </w:r>
    </w:p>
    <w:p w:rsidR="00E9010D" w:rsidRPr="00DF65E7" w:rsidRDefault="00DF65E7" w:rsidP="00DF65E7">
      <w:pPr>
        <w:rPr>
          <w:lang w:val="ru-RU"/>
        </w:rPr>
      </w:pPr>
      <w:r w:rsidRPr="00DF65E7">
        <w:rPr>
          <w:lang w:val="ru-RU"/>
        </w:rPr>
        <w:t>обрабатывают уже прочитанные данные.</w:t>
      </w:r>
      <w:r w:rsidRPr="00DF65E7">
        <w:rPr>
          <w:lang w:val="ru-RU"/>
        </w:rPr>
        <w:br w:type="page"/>
      </w:r>
    </w:p>
    <w:p w:rsidR="00E9010D" w:rsidRPr="00DF65E7" w:rsidRDefault="00DF65E7">
      <w:pPr>
        <w:pStyle w:val="1"/>
        <w:rPr>
          <w:lang w:val="ru-RU"/>
        </w:rPr>
      </w:pPr>
      <w:r w:rsidRPr="00DF65E7">
        <w:rPr>
          <w:lang w:val="ru-RU"/>
        </w:rPr>
        <w:lastRenderedPageBreak/>
        <w:t>6. Тестирование и примеры запуска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 xml:space="preserve">Для тестирования программы необходимо подготовить директорию с несколькими </w:t>
      </w:r>
      <w:r>
        <w:t>HTML</w:t>
      </w:r>
      <w:r w:rsidRPr="00DF65E7">
        <w:rPr>
          <w:lang w:val="ru-RU"/>
        </w:rPr>
        <w:t>-файлами, в которых присутствуют заголовки, абзацы и списки. Путь к одному из файлов передаётся в качестве аргумента командной строки. Программа определяет директорию и расширение, находит все подходящие файлы и поочерёдно запускает их обработку в отдельных потоках.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br w:type="page"/>
      </w:r>
    </w:p>
    <w:p w:rsidR="00E9010D" w:rsidRPr="00DF65E7" w:rsidRDefault="00DF65E7">
      <w:pPr>
        <w:pStyle w:val="1"/>
        <w:rPr>
          <w:lang w:val="ru-RU"/>
        </w:rPr>
      </w:pPr>
      <w:r w:rsidRPr="00DF65E7">
        <w:rPr>
          <w:lang w:val="ru-RU"/>
        </w:rPr>
        <w:lastRenderedPageBreak/>
        <w:t>Заключение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t xml:space="preserve">В ходе выполнения курсовой работы была разработана программа для многопоточной обработки </w:t>
      </w:r>
      <w:r>
        <w:t>HTML</w:t>
      </w:r>
      <w:r w:rsidRPr="00DF65E7">
        <w:rPr>
          <w:lang w:val="ru-RU"/>
        </w:rPr>
        <w:t xml:space="preserve">-документов, основанная на предыдущей лабораторной работе. Программа использует две динамически подключаемые библиотеки и стандартные средства конкурентного программирования </w:t>
      </w:r>
      <w:r>
        <w:t>C</w:t>
      </w:r>
      <w:r w:rsidRPr="00DF65E7">
        <w:rPr>
          <w:lang w:val="ru-RU"/>
        </w:rPr>
        <w:t>++. Реализованное решение позволяет автоматически извлекать структурные элементы из множества файлов и демонстрирует применение асинхронной обработки при работе с файловой системой.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br w:type="page"/>
      </w:r>
    </w:p>
    <w:p w:rsidR="00E9010D" w:rsidRDefault="00DF65E7">
      <w:pPr>
        <w:pStyle w:val="1"/>
      </w:pPr>
      <w:proofErr w:type="spellStart"/>
      <w:r>
        <w:lastRenderedPageBreak/>
        <w:t>Список</w:t>
      </w:r>
      <w:proofErr w:type="spellEnd"/>
      <w:r>
        <w:t xml:space="preserve"> </w:t>
      </w:r>
      <w:proofErr w:type="spellStart"/>
      <w:r>
        <w:t>использованных</w:t>
      </w:r>
      <w:proofErr w:type="spellEnd"/>
      <w:r>
        <w:t xml:space="preserve"> </w:t>
      </w:r>
      <w:proofErr w:type="spellStart"/>
      <w:r>
        <w:t>источников</w:t>
      </w:r>
      <w:proofErr w:type="spellEnd"/>
    </w:p>
    <w:p w:rsidR="00E9010D" w:rsidRPr="00DF65E7" w:rsidRDefault="00DF65E7">
      <w:pPr>
        <w:pStyle w:val="a"/>
        <w:rPr>
          <w:lang w:val="ru-RU"/>
        </w:rPr>
      </w:pPr>
      <w:r w:rsidRPr="00DF65E7">
        <w:rPr>
          <w:lang w:val="ru-RU"/>
        </w:rPr>
        <w:t xml:space="preserve">1. Стандарт языка </w:t>
      </w:r>
      <w:r>
        <w:t>C</w:t>
      </w:r>
      <w:r w:rsidRPr="00DF65E7">
        <w:rPr>
          <w:lang w:val="ru-RU"/>
        </w:rPr>
        <w:t xml:space="preserve">++. </w:t>
      </w:r>
      <w:r>
        <w:t>ISO</w:t>
      </w:r>
      <w:r w:rsidRPr="00DF65E7">
        <w:rPr>
          <w:lang w:val="ru-RU"/>
        </w:rPr>
        <w:t>/</w:t>
      </w:r>
      <w:r>
        <w:t>IEC</w:t>
      </w:r>
      <w:r w:rsidRPr="00DF65E7">
        <w:rPr>
          <w:lang w:val="ru-RU"/>
        </w:rPr>
        <w:t xml:space="preserve"> 14882:2017.</w:t>
      </w:r>
    </w:p>
    <w:p w:rsidR="00E9010D" w:rsidRPr="00DF65E7" w:rsidRDefault="00DF65E7">
      <w:pPr>
        <w:pStyle w:val="a"/>
        <w:rPr>
          <w:lang w:val="ru-RU"/>
        </w:rPr>
      </w:pPr>
      <w:r w:rsidRPr="00DF65E7">
        <w:rPr>
          <w:lang w:val="ru-RU"/>
        </w:rPr>
        <w:t xml:space="preserve">2. </w:t>
      </w:r>
      <w:proofErr w:type="spellStart"/>
      <w:r w:rsidRPr="00DF65E7">
        <w:rPr>
          <w:lang w:val="ru-RU"/>
        </w:rPr>
        <w:t>Сутер</w:t>
      </w:r>
      <w:proofErr w:type="spellEnd"/>
      <w:r w:rsidRPr="00DF65E7">
        <w:rPr>
          <w:lang w:val="ru-RU"/>
        </w:rPr>
        <w:t xml:space="preserve"> Г. Конкурентное программирование на </w:t>
      </w:r>
      <w:r>
        <w:t>C</w:t>
      </w:r>
      <w:r w:rsidRPr="00DF65E7">
        <w:rPr>
          <w:lang w:val="ru-RU"/>
        </w:rPr>
        <w:t>++.</w:t>
      </w:r>
    </w:p>
    <w:p w:rsidR="00E9010D" w:rsidRPr="00DF65E7" w:rsidRDefault="00DF65E7">
      <w:pPr>
        <w:pStyle w:val="a"/>
        <w:rPr>
          <w:lang w:val="ru-RU"/>
        </w:rPr>
      </w:pPr>
      <w:r w:rsidRPr="00DF65E7">
        <w:rPr>
          <w:lang w:val="ru-RU"/>
        </w:rPr>
        <w:t xml:space="preserve">3. </w:t>
      </w:r>
      <w:proofErr w:type="spellStart"/>
      <w:r w:rsidRPr="00DF65E7">
        <w:rPr>
          <w:lang w:val="ru-RU"/>
        </w:rPr>
        <w:t>Мейерс</w:t>
      </w:r>
      <w:proofErr w:type="spellEnd"/>
      <w:r w:rsidRPr="00DF65E7">
        <w:rPr>
          <w:lang w:val="ru-RU"/>
        </w:rPr>
        <w:t xml:space="preserve"> С. Эффективный и современный </w:t>
      </w:r>
      <w:r>
        <w:t>C</w:t>
      </w:r>
      <w:r w:rsidRPr="00DF65E7">
        <w:rPr>
          <w:lang w:val="ru-RU"/>
        </w:rPr>
        <w:t>++.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br w:type="page"/>
      </w:r>
    </w:p>
    <w:p w:rsidR="00E9010D" w:rsidRPr="00DF65E7" w:rsidRDefault="00DF65E7">
      <w:pPr>
        <w:pStyle w:val="1"/>
        <w:rPr>
          <w:lang w:val="ru-RU"/>
        </w:rPr>
      </w:pPr>
      <w:r w:rsidRPr="00DF65E7">
        <w:rPr>
          <w:lang w:val="ru-RU"/>
        </w:rPr>
        <w:lastRenderedPageBreak/>
        <w:t>Приложение А – Листинг исходного кода</w:t>
      </w:r>
    </w:p>
    <w:p w:rsidR="00E9010D" w:rsidRPr="00DF65E7" w:rsidRDefault="00DF65E7">
      <w:pPr>
        <w:rPr>
          <w:lang w:val="ru-RU"/>
        </w:rPr>
      </w:pPr>
      <w:r w:rsidRPr="00DF65E7">
        <w:rPr>
          <w:lang w:val="ru-RU"/>
        </w:rPr>
        <w:br/>
        <w:t>Файл: /</w:t>
      </w:r>
      <w:proofErr w:type="spellStart"/>
      <w:r>
        <w:t>KursTechProg</w:t>
      </w:r>
      <w:proofErr w:type="spellEnd"/>
      <w:r w:rsidRPr="00DF65E7">
        <w:rPr>
          <w:lang w:val="ru-RU"/>
        </w:rPr>
        <w:t>/</w:t>
      </w:r>
      <w:proofErr w:type="spellStart"/>
      <w:r w:rsidRPr="00DF65E7">
        <w:t>KursTechProg</w:t>
      </w:r>
      <w:proofErr w:type="spellEnd"/>
      <w:r w:rsidRPr="00DF65E7">
        <w:rPr>
          <w:lang w:val="ru-RU"/>
        </w:rPr>
        <w:t xml:space="preserve">/ </w:t>
      </w:r>
      <w:proofErr w:type="spellStart"/>
      <w:r w:rsidRPr="00DF65E7">
        <w:t>KursTechProg</w:t>
      </w:r>
      <w:proofErr w:type="spellEnd"/>
      <w:r w:rsidRPr="00DF65E7">
        <w:rPr>
          <w:lang w:val="ru-RU"/>
        </w:rPr>
        <w:t>.</w:t>
      </w:r>
      <w:proofErr w:type="spellStart"/>
      <w:r>
        <w:t>cpp</w:t>
      </w:r>
      <w:proofErr w:type="spellEnd"/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B63D9">
        <w:rPr>
          <w:rFonts w:ascii="Consolas" w:hAnsi="Consolas" w:cs="Consolas"/>
          <w:color w:val="008000"/>
          <w:sz w:val="19"/>
          <w:szCs w:val="19"/>
        </w:rPr>
        <w:t>// main.cpp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windows.h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iostream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&lt;string&gt;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&lt;vector&gt;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&lt;thread&gt;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mutex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cstring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io.h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direct.h</w:t>
      </w:r>
      <w:proofErr w:type="spellEnd"/>
      <w:proofErr w:type="gramStart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 </w:t>
      </w:r>
      <w:r w:rsidRPr="00DF65E7">
        <w:rPr>
          <w:rFonts w:ascii="Consolas" w:hAnsi="Consolas" w:cs="Consolas"/>
          <w:color w:val="008000"/>
          <w:sz w:val="19"/>
          <w:szCs w:val="19"/>
        </w:rPr>
        <w:t>/</w:t>
      </w:r>
      <w:proofErr w:type="gramEnd"/>
      <w:r w:rsidRPr="00DF65E7">
        <w:rPr>
          <w:rFonts w:ascii="Consolas" w:hAnsi="Consolas" w:cs="Consolas"/>
          <w:color w:val="008000"/>
          <w:sz w:val="19"/>
          <w:szCs w:val="19"/>
        </w:rPr>
        <w:t xml:space="preserve">/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для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_</w:t>
      </w:r>
      <w:proofErr w:type="spellStart"/>
      <w:r w:rsidRPr="00DF65E7">
        <w:rPr>
          <w:rFonts w:ascii="Consolas" w:hAnsi="Consolas" w:cs="Consolas"/>
          <w:color w:val="008000"/>
          <w:sz w:val="19"/>
          <w:szCs w:val="19"/>
        </w:rPr>
        <w:t>getcwd</w:t>
      </w:r>
      <w:proofErr w:type="spell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loadtime.h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"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A31515"/>
          <w:sz w:val="19"/>
          <w:szCs w:val="19"/>
        </w:rPr>
        <w:t>"..</w:t>
      </w:r>
      <w:proofErr w:type="gramEnd"/>
      <w:r w:rsidRPr="00DF65E7">
        <w:rPr>
          <w:rFonts w:ascii="Consolas" w:hAnsi="Consolas" w:cs="Consolas"/>
          <w:color w:val="A31515"/>
          <w:sz w:val="19"/>
          <w:szCs w:val="19"/>
        </w:rPr>
        <w:t>/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loadtime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/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loadtime.h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"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8000"/>
          <w:sz w:val="19"/>
          <w:szCs w:val="19"/>
        </w:rPr>
        <w:t xml:space="preserve">// ===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Обработка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ошибок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===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class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2B91AF"/>
          <w:sz w:val="19"/>
          <w:szCs w:val="19"/>
        </w:rPr>
        <w:t>AppError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: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public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exception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_;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_;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public</w:t>
      </w:r>
      <w:r w:rsidRPr="00DF65E7">
        <w:rPr>
          <w:rFonts w:ascii="Consolas" w:hAnsi="Consolas" w:cs="Consolas"/>
          <w:color w:val="000000"/>
          <w:sz w:val="19"/>
          <w:szCs w:val="19"/>
        </w:rPr>
        <w:t>: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AppError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ec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: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_(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ec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_(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::move(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)) {}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what(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override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_.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c_str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();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code(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{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_;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>};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#define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6F008A"/>
          <w:sz w:val="19"/>
          <w:szCs w:val="19"/>
        </w:rPr>
        <w:t>FAIL</w:t>
      </w:r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code,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r w:rsidRPr="00DF65E7">
        <w:rPr>
          <w:rFonts w:ascii="Consolas" w:hAnsi="Consolas" w:cs="Consolas"/>
          <w:color w:val="0000FF"/>
          <w:sz w:val="19"/>
          <w:szCs w:val="19"/>
        </w:rPr>
        <w:t>throw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AppError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((code),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))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#define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6F008A"/>
          <w:sz w:val="19"/>
          <w:szCs w:val="19"/>
        </w:rPr>
        <w:t>FAIL_</w:t>
      </w:r>
      <w:proofErr w:type="gramStart"/>
      <w:r w:rsidRPr="00DF65E7">
        <w:rPr>
          <w:rFonts w:ascii="Consolas" w:hAnsi="Consolas" w:cs="Consolas"/>
          <w:color w:val="6F008A"/>
          <w:sz w:val="19"/>
          <w:szCs w:val="19"/>
        </w:rPr>
        <w:t>ERRBUF</w:t>
      </w:r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code, prefix,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errbuf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 \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throw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AppError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((code),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>(prefix) +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errbuf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))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8000"/>
          <w:sz w:val="19"/>
          <w:szCs w:val="19"/>
        </w:rPr>
        <w:t xml:space="preserve">// === Run-time DLL #2: </w:t>
      </w:r>
      <w:proofErr w:type="spellStart"/>
      <w:r w:rsidRPr="00DF65E7">
        <w:rPr>
          <w:rFonts w:ascii="Consolas" w:hAnsi="Consolas" w:cs="Consolas"/>
          <w:color w:val="008000"/>
          <w:sz w:val="19"/>
          <w:szCs w:val="19"/>
        </w:rPr>
        <w:t>parseHeads_safeA</w:t>
      </w:r>
      <w:proofErr w:type="spellEnd"/>
      <w:r w:rsidRPr="00DF65E7">
        <w:rPr>
          <w:rFonts w:ascii="Consolas" w:hAnsi="Consolas" w:cs="Consolas"/>
          <w:color w:val="008000"/>
          <w:sz w:val="19"/>
          <w:szCs w:val="19"/>
        </w:rPr>
        <w:t xml:space="preserve"> ===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typedef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PFN_parseHeads_safeA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*,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8000"/>
          <w:sz w:val="19"/>
          <w:szCs w:val="19"/>
        </w:rPr>
        <w:t xml:space="preserve">// ===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Утилиты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===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static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GetExeDirA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path[</w:t>
      </w:r>
      <w:r w:rsidRPr="00DF65E7">
        <w:rPr>
          <w:rFonts w:ascii="Consolas" w:hAnsi="Consolas" w:cs="Consolas"/>
          <w:color w:val="6F008A"/>
          <w:sz w:val="19"/>
          <w:szCs w:val="19"/>
        </w:rPr>
        <w:t>MAX_</w:t>
      </w:r>
      <w:proofErr w:type="gramStart"/>
      <w:r w:rsidRPr="00DF65E7">
        <w:rPr>
          <w:rFonts w:ascii="Consolas" w:hAnsi="Consolas" w:cs="Consolas"/>
          <w:color w:val="6F008A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>]{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};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GetModuleFileNameA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nullptr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path, </w:t>
      </w:r>
      <w:r w:rsidRPr="00DF65E7">
        <w:rPr>
          <w:rFonts w:ascii="Consolas" w:hAnsi="Consolas" w:cs="Consolas"/>
          <w:color w:val="6F008A"/>
          <w:sz w:val="19"/>
          <w:szCs w:val="19"/>
        </w:rPr>
        <w:t>MAX_PATH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p = path +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strlen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(path);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while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(p &gt; path &amp;&amp; *(p - 1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) !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= </w:t>
      </w:r>
      <w:r w:rsidRPr="00DF65E7">
        <w:rPr>
          <w:rFonts w:ascii="Consolas" w:hAnsi="Consolas" w:cs="Consolas"/>
          <w:color w:val="A31515"/>
          <w:sz w:val="19"/>
          <w:szCs w:val="19"/>
        </w:rPr>
        <w:t>'\\'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*(p - 1) != </w:t>
      </w:r>
      <w:r w:rsidRPr="00DF65E7">
        <w:rPr>
          <w:rFonts w:ascii="Consolas" w:hAnsi="Consolas" w:cs="Consolas"/>
          <w:color w:val="A31515"/>
          <w:sz w:val="19"/>
          <w:szCs w:val="19"/>
        </w:rPr>
        <w:t>'/'</w:t>
      </w:r>
      <w:r w:rsidRPr="00DF65E7">
        <w:rPr>
          <w:rFonts w:ascii="Consolas" w:hAnsi="Consolas" w:cs="Consolas"/>
          <w:color w:val="000000"/>
          <w:sz w:val="19"/>
          <w:szCs w:val="19"/>
        </w:rPr>
        <w:t>) --p;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*p = </w:t>
      </w:r>
      <w:r w:rsidRPr="00DF65E7">
        <w:rPr>
          <w:rFonts w:ascii="Consolas" w:hAnsi="Consolas" w:cs="Consolas"/>
          <w:color w:val="A31515"/>
          <w:sz w:val="19"/>
          <w:szCs w:val="19"/>
        </w:rPr>
        <w:t>'\0'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>(path);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>}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8000"/>
          <w:sz w:val="19"/>
          <w:szCs w:val="19"/>
          <w:lang w:val="ru-RU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  <w:lang w:val="ru-RU"/>
        </w:rPr>
        <w:t>Мьютекс</w:t>
      </w:r>
      <w:proofErr w:type="spellEnd"/>
      <w:r>
        <w:rPr>
          <w:rFonts w:ascii="Consolas" w:hAnsi="Consolas" w:cs="Consolas"/>
          <w:color w:val="008000"/>
          <w:sz w:val="19"/>
          <w:szCs w:val="19"/>
          <w:lang w:val="ru-RU"/>
        </w:rPr>
        <w:t xml:space="preserve"> для синхронизированного вывода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  <w:lang w:val="ru-RU"/>
        </w:rPr>
        <w:t>static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>
        <w:rPr>
          <w:rFonts w:ascii="Consolas" w:hAnsi="Consolas" w:cs="Consolas"/>
          <w:color w:val="2B91AF"/>
          <w:sz w:val="19"/>
          <w:szCs w:val="19"/>
          <w:lang w:val="ru-RU"/>
        </w:rPr>
        <w:t>mutex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gCoutMutex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8000"/>
          <w:sz w:val="19"/>
          <w:szCs w:val="19"/>
          <w:lang w:val="ru-RU"/>
        </w:rPr>
        <w:t>// === Потоковая функция: только ИЗВЛЕЧЕНИЕ (</w:t>
      </w:r>
      <w:proofErr w:type="spellStart"/>
      <w:r>
        <w:rPr>
          <w:rFonts w:ascii="Consolas" w:hAnsi="Consolas" w:cs="Consolas"/>
          <w:color w:val="008000"/>
          <w:sz w:val="19"/>
          <w:szCs w:val="19"/>
          <w:lang w:val="ru-RU"/>
        </w:rPr>
        <w:t>парсинг</w:t>
      </w:r>
      <w:proofErr w:type="spellEnd"/>
      <w:r>
        <w:rPr>
          <w:rFonts w:ascii="Consolas" w:hAnsi="Consolas" w:cs="Consolas"/>
          <w:color w:val="008000"/>
          <w:sz w:val="19"/>
          <w:szCs w:val="19"/>
          <w:lang w:val="ru-RU"/>
        </w:rPr>
        <w:t>) ===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static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void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parse_in_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thread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htmlText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PFN_parseHeads_safeA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pParse</w:t>
      </w:r>
      <w:proofErr w:type="spell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try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pParse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lock_guard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mutex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&gt; lock(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gCoutMutex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"[ERROR] 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parse_in_thread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: null function pointer for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lastRenderedPageBreak/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err[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256]{};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static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OUT_CAP = 1024 * 1024;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vector</w:t>
      </w:r>
      <w:r w:rsidRPr="00DF65E7">
        <w:rPr>
          <w:rFonts w:ascii="Consolas" w:hAnsi="Consolas" w:cs="Consolas"/>
          <w:color w:val="000000"/>
          <w:sz w:val="19"/>
          <w:szCs w:val="19"/>
        </w:rPr>
        <w:t>&lt;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>&gt; out(OUT_CAP);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out</w:t>
      </w:r>
      <w:r w:rsidRPr="00DF65E7">
        <w:rPr>
          <w:rFonts w:ascii="Consolas" w:hAnsi="Consolas" w:cs="Consolas"/>
          <w:color w:val="008080"/>
          <w:sz w:val="19"/>
          <w:szCs w:val="19"/>
        </w:rPr>
        <w:t>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0</w:t>
      </w:r>
      <w:r w:rsidRPr="00DF65E7">
        <w:rPr>
          <w:rFonts w:ascii="Consolas" w:hAnsi="Consolas" w:cs="Consolas"/>
          <w:color w:val="008080"/>
          <w:sz w:val="19"/>
          <w:szCs w:val="19"/>
        </w:rPr>
        <w:t>]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DF65E7">
        <w:rPr>
          <w:rFonts w:ascii="Consolas" w:hAnsi="Consolas" w:cs="Consolas"/>
          <w:color w:val="A31515"/>
          <w:sz w:val="19"/>
          <w:szCs w:val="19"/>
        </w:rPr>
        <w:t>'\0'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err[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0] = </w:t>
      </w:r>
      <w:r w:rsidRPr="00DF65E7">
        <w:rPr>
          <w:rFonts w:ascii="Consolas" w:hAnsi="Consolas" w:cs="Consolas"/>
          <w:color w:val="A31515"/>
          <w:sz w:val="19"/>
          <w:szCs w:val="19"/>
        </w:rPr>
        <w:t>'\0'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proofErr w:type="gramStart"/>
      <w:r w:rsidRPr="00DF65E7">
        <w:rPr>
          <w:rFonts w:ascii="Consolas" w:hAnsi="Consolas" w:cs="Consolas"/>
          <w:color w:val="808080"/>
          <w:sz w:val="19"/>
          <w:szCs w:val="19"/>
        </w:rPr>
        <w:t>pParse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htmlText</w:t>
      </w:r>
      <w:r w:rsidRPr="00DF65E7">
        <w:rPr>
          <w:rFonts w:ascii="Consolas" w:hAnsi="Consolas" w:cs="Consolas"/>
          <w:color w:val="000000"/>
          <w:sz w:val="19"/>
          <w:szCs w:val="19"/>
        </w:rPr>
        <w:t>.c_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),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out.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data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out.size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err,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(err)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lock_guard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mutex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&gt; lock(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gCoutMutex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rc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!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=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"[ERROR] 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parseHeads_safeA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 xml:space="preserve"> failed for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err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"\n====================================\n"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"File: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"------------------------------------\n"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out</w:t>
      </w:r>
      <w:r w:rsidRPr="00DF65E7">
        <w:rPr>
          <w:rFonts w:ascii="Consolas" w:hAnsi="Consolas" w:cs="Consolas"/>
          <w:color w:val="008080"/>
          <w:sz w:val="19"/>
          <w:szCs w:val="19"/>
        </w:rPr>
        <w:t>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0</w:t>
      </w:r>
      <w:r w:rsidRPr="00DF65E7">
        <w:rPr>
          <w:rFonts w:ascii="Consolas" w:hAnsi="Consolas" w:cs="Consolas"/>
          <w:color w:val="008080"/>
          <w:sz w:val="19"/>
          <w:szCs w:val="19"/>
        </w:rPr>
        <w:t>]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!=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'\0'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) {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// Преобразуем из UTF-8 в Windows-1251 для корректного отображения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result 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out.data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// Вместо преобразования кодировки просто выводим как есть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result;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else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"(no elements found)\n"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"\n====================================\n"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catch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exception</w:t>
      </w:r>
      <w:r w:rsidRPr="00DF65E7">
        <w:rPr>
          <w:rFonts w:ascii="Consolas" w:hAnsi="Consolas" w:cs="Consolas"/>
          <w:color w:val="000000"/>
          <w:sz w:val="19"/>
          <w:szCs w:val="19"/>
        </w:rPr>
        <w:t>&amp; e)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lock_guard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mutex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&gt; lock(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gCoutMutex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"[EXCEPTION] in thread for file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e.what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catch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(...)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lock_guard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mutex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&gt; lock(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gCoutMutex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"[EXCEPTION] unknown in thread for file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>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8000"/>
          <w:sz w:val="19"/>
          <w:szCs w:val="19"/>
        </w:rPr>
        <w:t>// === MAIN ===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main(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argc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argv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[]) {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SetConsoleCP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1251);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SetConsoleOutputCP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1251);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// Показываем текущую директорию для отладки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currentDir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1024];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_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getcwd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currentDir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currentDir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Текущая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директория</w:t>
      </w:r>
      <w:r w:rsidRPr="00DF65E7">
        <w:rPr>
          <w:rFonts w:ascii="Consolas" w:hAnsi="Consolas" w:cs="Consolas"/>
          <w:color w:val="A31515"/>
          <w:sz w:val="19"/>
          <w:szCs w:val="19"/>
        </w:rPr>
        <w:t>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currentDir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"Курсовая работа: HTML-</w:t>
      </w:r>
      <w:proofErr w:type="spellStart"/>
      <w:r>
        <w:rPr>
          <w:rFonts w:ascii="Consolas" w:hAnsi="Consolas" w:cs="Consolas"/>
          <w:color w:val="A31515"/>
          <w:sz w:val="19"/>
          <w:szCs w:val="19"/>
          <w:lang w:val="ru-RU"/>
        </w:rPr>
        <w:t>парсинг</w:t>
      </w:r>
      <w:proofErr w:type="spellEnd"/>
      <w:r>
        <w:rPr>
          <w:rFonts w:ascii="Consolas" w:hAnsi="Consolas" w:cs="Consolas"/>
          <w:color w:val="A31515"/>
          <w:sz w:val="19"/>
          <w:szCs w:val="19"/>
          <w:lang w:val="ru-RU"/>
        </w:rPr>
        <w:t xml:space="preserve"> (вариант 4), </w:t>
      </w:r>
      <w:proofErr w:type="spellStart"/>
      <w:r>
        <w:rPr>
          <w:rFonts w:ascii="Consolas" w:hAnsi="Consolas" w:cs="Consolas"/>
          <w:color w:val="A31515"/>
          <w:sz w:val="19"/>
          <w:szCs w:val="19"/>
          <w:lang w:val="ru-RU"/>
        </w:rPr>
        <w:t>конкурентность</w:t>
      </w:r>
      <w:proofErr w:type="spellEnd"/>
      <w:r>
        <w:rPr>
          <w:rFonts w:ascii="Consolas" w:hAnsi="Consolas" w:cs="Consolas"/>
          <w:color w:val="A31515"/>
          <w:sz w:val="19"/>
          <w:szCs w:val="19"/>
          <w:lang w:val="ru-RU"/>
        </w:rPr>
        <w:t xml:space="preserve"> (вариант 2)\n"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// === 1. Определение пути ===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>
        <w:rPr>
          <w:rFonts w:ascii="Consolas" w:hAnsi="Consolas" w:cs="Consolas"/>
          <w:color w:val="2B91AF"/>
          <w:sz w:val="19"/>
          <w:szCs w:val="19"/>
          <w:lang w:val="ru-RU"/>
        </w:rPr>
        <w:t>string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htmlPath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lastRenderedPageBreak/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argc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&gt;= 2 &amp;&amp; </w:t>
      </w:r>
      <w:proofErr w:type="spellStart"/>
      <w:proofErr w:type="gramStart"/>
      <w:r w:rsidRPr="00DF65E7">
        <w:rPr>
          <w:rFonts w:ascii="Consolas" w:hAnsi="Consolas" w:cs="Consolas"/>
          <w:color w:val="808080"/>
          <w:sz w:val="19"/>
          <w:szCs w:val="19"/>
        </w:rPr>
        <w:t>argv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1]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argv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[1][0] != </w:t>
      </w:r>
      <w:r w:rsidRPr="00DF65E7">
        <w:rPr>
          <w:rFonts w:ascii="Consolas" w:hAnsi="Consolas" w:cs="Consolas"/>
          <w:color w:val="A31515"/>
          <w:sz w:val="19"/>
          <w:szCs w:val="19"/>
        </w:rPr>
        <w:t>'\0'</w:t>
      </w:r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htmlPath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=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808080"/>
          <w:sz w:val="19"/>
          <w:szCs w:val="19"/>
          <w:lang w:val="ru-RU"/>
        </w:rPr>
        <w:t>argv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1];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"Используется путь из командной строки: 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htmlPath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"\n"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</w:t>
      </w:r>
      <w:r w:rsidRPr="00DF65E7">
        <w:rPr>
          <w:rFonts w:ascii="Consolas" w:hAnsi="Consolas" w:cs="Consolas"/>
          <w:color w:val="000000"/>
          <w:sz w:val="19"/>
          <w:szCs w:val="19"/>
        </w:rPr>
        <w:t>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else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GetExeDirA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+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"test.html</w:t>
      </w:r>
      <w:proofErr w:type="gramStart"/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;  </w:t>
      </w:r>
      <w:r w:rsidRPr="00DF65E7">
        <w:rPr>
          <w:rFonts w:ascii="Consolas" w:hAnsi="Consolas" w:cs="Consolas"/>
          <w:color w:val="008000"/>
          <w:sz w:val="19"/>
          <w:szCs w:val="19"/>
        </w:rPr>
        <w:t>/</w:t>
      </w:r>
      <w:proofErr w:type="gramEnd"/>
      <w:r w:rsidRPr="00DF65E7">
        <w:rPr>
          <w:rFonts w:ascii="Consolas" w:hAnsi="Consolas" w:cs="Consolas"/>
          <w:color w:val="008000"/>
          <w:sz w:val="19"/>
          <w:szCs w:val="19"/>
        </w:rPr>
        <w:t xml:space="preserve">/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Используем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test.html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который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уже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есть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"Используется путь по умолчанию: 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htmlPath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"\n"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}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// Проверяем существование файла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ru-RU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(_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access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htmlPath.c_</w:t>
      </w:r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str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), 4) != 0) {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cerr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"ОШИБКА: Файл не найден: 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htmlPath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"\n"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cerr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"Создайте файл test.html в папке: 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currentDir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"\n"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r w:rsidRPr="00DF65E7">
        <w:rPr>
          <w:rFonts w:ascii="Consolas" w:hAnsi="Consolas" w:cs="Consolas"/>
          <w:color w:val="000000"/>
          <w:sz w:val="19"/>
          <w:szCs w:val="19"/>
        </w:rPr>
        <w:t>system(</w:t>
      </w:r>
      <w:r w:rsidRPr="00DF65E7">
        <w:rPr>
          <w:rFonts w:ascii="Consolas" w:hAnsi="Consolas" w:cs="Consolas"/>
          <w:color w:val="A31515"/>
          <w:sz w:val="19"/>
          <w:szCs w:val="19"/>
        </w:rPr>
        <w:t>"pause"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1;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Обрабатываемый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файл</w:t>
      </w:r>
      <w:r w:rsidRPr="00DF65E7">
        <w:rPr>
          <w:rFonts w:ascii="Consolas" w:hAnsi="Consolas" w:cs="Consolas"/>
          <w:color w:val="A31515"/>
          <w:sz w:val="19"/>
          <w:szCs w:val="19"/>
        </w:rPr>
        <w:t>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err[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256] = { 0 };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2B91AF"/>
          <w:sz w:val="19"/>
          <w:szCs w:val="19"/>
        </w:rPr>
        <w:t>HMODULE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nullptr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ru-RU"/>
        </w:rPr>
        <w:t>try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{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// === 2. Получаем директорию и маску ===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 mask;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path 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posSep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path.find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_last_of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"\\/"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fileName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posSep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!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npos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path.substr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(0,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posSep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+ 1);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fileName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path.substr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posSep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+ 1);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else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fileName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path;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DF65E7">
        <w:rPr>
          <w:rFonts w:ascii="Consolas" w:hAnsi="Consolas" w:cs="Consolas"/>
          <w:color w:val="A31515"/>
          <w:sz w:val="19"/>
          <w:szCs w:val="19"/>
        </w:rPr>
        <w:t>".html"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posDot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fileName.find_last_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of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A31515"/>
          <w:sz w:val="19"/>
          <w:szCs w:val="19"/>
        </w:rPr>
        <w:t>'.'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posDot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!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npos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fileName.substr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posDot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mask </w:t>
      </w:r>
      <w:r w:rsidRPr="00DF65E7">
        <w:rPr>
          <w:rFonts w:ascii="Consolas" w:hAnsi="Consolas" w:cs="Consolas"/>
          <w:color w:val="008080"/>
          <w:sz w:val="19"/>
          <w:szCs w:val="19"/>
        </w:rPr>
        <w:t>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+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"*"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+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"Поиск файлов по маске: 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mask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"\n"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// === 3.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Поиск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всех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.html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файлов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===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vector</w:t>
      </w:r>
      <w:r w:rsidRPr="00DF65E7">
        <w:rPr>
          <w:rFonts w:ascii="Consolas" w:hAnsi="Consolas" w:cs="Consolas"/>
          <w:color w:val="000000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>&gt; files;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6F008A"/>
          <w:sz w:val="19"/>
          <w:szCs w:val="19"/>
        </w:rPr>
        <w:t>_</w:t>
      </w:r>
      <w:proofErr w:type="spellStart"/>
      <w:r w:rsidRPr="00DF65E7">
        <w:rPr>
          <w:rFonts w:ascii="Consolas" w:hAnsi="Consolas" w:cs="Consolas"/>
          <w:color w:val="6F008A"/>
          <w:sz w:val="19"/>
          <w:szCs w:val="19"/>
        </w:rPr>
        <w:t>finddata_t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intptr_t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hFind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DF65E7">
        <w:rPr>
          <w:rFonts w:ascii="Consolas" w:hAnsi="Consolas" w:cs="Consolas"/>
          <w:color w:val="6F008A"/>
          <w:sz w:val="19"/>
          <w:szCs w:val="19"/>
        </w:rPr>
        <w:t>_</w:t>
      </w:r>
      <w:proofErr w:type="spellStart"/>
      <w:r w:rsidRPr="00DF65E7">
        <w:rPr>
          <w:rFonts w:ascii="Consolas" w:hAnsi="Consolas" w:cs="Consolas"/>
          <w:color w:val="6F008A"/>
          <w:sz w:val="19"/>
          <w:szCs w:val="19"/>
        </w:rPr>
        <w:t>findfirst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mask.c_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), &amp;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ru-RU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hFind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== -1) {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"[INFO] Файлы по маске не найдены, используем только указанный файл.\n"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files.push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_back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else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do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(!(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fd.attrib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 </w:t>
      </w:r>
      <w:r w:rsidRPr="00DF65E7">
        <w:rPr>
          <w:rFonts w:ascii="Consolas" w:hAnsi="Consolas" w:cs="Consolas"/>
          <w:color w:val="6F008A"/>
          <w:sz w:val="19"/>
          <w:szCs w:val="19"/>
        </w:rPr>
        <w:t>_A_SUBDIR</w:t>
      </w:r>
      <w:r w:rsidRPr="00DF65E7">
        <w:rPr>
          <w:rFonts w:ascii="Consolas" w:hAnsi="Consolas" w:cs="Consolas"/>
          <w:color w:val="000000"/>
          <w:sz w:val="19"/>
          <w:szCs w:val="19"/>
        </w:rPr>
        <w:t>))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files.push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_back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dir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+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fd.name);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lastRenderedPageBreak/>
        <w:t xml:space="preserve">        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} </w:t>
      </w:r>
      <w:r w:rsidRPr="00DF65E7">
        <w:rPr>
          <w:rFonts w:ascii="Consolas" w:hAnsi="Consolas" w:cs="Consolas"/>
          <w:color w:val="0000FF"/>
          <w:sz w:val="19"/>
          <w:szCs w:val="19"/>
        </w:rPr>
        <w:t>while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6F008A"/>
          <w:sz w:val="19"/>
          <w:szCs w:val="19"/>
        </w:rPr>
        <w:t>_</w:t>
      </w:r>
      <w:proofErr w:type="spellStart"/>
      <w:proofErr w:type="gramStart"/>
      <w:r w:rsidRPr="00DF65E7">
        <w:rPr>
          <w:rFonts w:ascii="Consolas" w:hAnsi="Consolas" w:cs="Consolas"/>
          <w:color w:val="6F008A"/>
          <w:sz w:val="19"/>
          <w:szCs w:val="19"/>
        </w:rPr>
        <w:t>findnext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hFind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 &amp;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 == 0);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_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findclose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hFind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"[INFO]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Найдено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files.size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"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файл</w:t>
      </w:r>
      <w:r w:rsidRPr="00DF65E7">
        <w:rPr>
          <w:rFonts w:ascii="Consolas" w:hAnsi="Consolas" w:cs="Consolas"/>
          <w:color w:val="A31515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A31515"/>
          <w:sz w:val="19"/>
          <w:szCs w:val="19"/>
          <w:lang w:val="ru-RU"/>
        </w:rPr>
        <w:t>ов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 xml:space="preserve">)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для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обработки</w:t>
      </w:r>
      <w:r w:rsidRPr="00DF65E7">
        <w:rPr>
          <w:rFonts w:ascii="Consolas" w:hAnsi="Consolas" w:cs="Consolas"/>
          <w:color w:val="A31515"/>
          <w:sz w:val="19"/>
          <w:szCs w:val="19"/>
        </w:rPr>
        <w:t>.\n"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// === 4.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Загрузка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runtime DLL ===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LoadLibraryA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"runtime.dll"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2B91AF"/>
          <w:sz w:val="19"/>
          <w:szCs w:val="19"/>
        </w:rPr>
        <w:t>DWORD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error =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GetLastError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gramStart"/>
      <w:r w:rsidRPr="00DF65E7">
        <w:rPr>
          <w:rFonts w:ascii="Consolas" w:hAnsi="Consolas" w:cs="Consolas"/>
          <w:color w:val="6F008A"/>
          <w:sz w:val="19"/>
          <w:szCs w:val="19"/>
        </w:rPr>
        <w:t>FAIL</w:t>
      </w:r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4,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Не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удалось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загрузить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runtime.dll,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код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ошибки</w:t>
      </w:r>
      <w:r w:rsidRPr="00DF65E7">
        <w:rPr>
          <w:rFonts w:ascii="Consolas" w:hAnsi="Consolas" w:cs="Consolas"/>
          <w:color w:val="A31515"/>
          <w:sz w:val="19"/>
          <w:szCs w:val="19"/>
        </w:rPr>
        <w:t>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r w:rsidRPr="00DF65E7">
        <w:rPr>
          <w:rFonts w:ascii="Consolas" w:hAnsi="Consolas" w:cs="Consolas"/>
          <w:color w:val="008080"/>
          <w:sz w:val="19"/>
          <w:szCs w:val="19"/>
        </w:rPr>
        <w:t>+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to_string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(error));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PFN_parseHeads_safeA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pParse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(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PFN_parseHeads_</w:t>
      </w:r>
      <w:proofErr w:type="gramStart"/>
      <w:r w:rsidRPr="00DF65E7">
        <w:rPr>
          <w:rFonts w:ascii="Consolas" w:hAnsi="Consolas" w:cs="Consolas"/>
          <w:color w:val="2B91AF"/>
          <w:sz w:val="19"/>
          <w:szCs w:val="19"/>
        </w:rPr>
        <w:t>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GetProcAddress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parseHeads_safeA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pParse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gramStart"/>
      <w:r w:rsidRPr="00DF65E7">
        <w:rPr>
          <w:rFonts w:ascii="Consolas" w:hAnsi="Consolas" w:cs="Consolas"/>
          <w:color w:val="6F008A"/>
          <w:sz w:val="19"/>
          <w:szCs w:val="19"/>
        </w:rPr>
        <w:t>FAIL</w:t>
      </w:r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5, 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Экспорт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'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parseHeads_safeA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 xml:space="preserve">'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не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найден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в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runtime.dll"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}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 xml:space="preserve">// === 5. Главный поток: чтение файлов + запуск потоков </w:t>
      </w:r>
      <w:proofErr w:type="spellStart"/>
      <w:r>
        <w:rPr>
          <w:rFonts w:ascii="Consolas" w:hAnsi="Consolas" w:cs="Consolas"/>
          <w:color w:val="008000"/>
          <w:sz w:val="19"/>
          <w:szCs w:val="19"/>
          <w:lang w:val="ru-RU"/>
        </w:rPr>
        <w:t>парсинга</w:t>
      </w:r>
      <w:proofErr w:type="spellEnd"/>
      <w:r>
        <w:rPr>
          <w:rFonts w:ascii="Consolas" w:hAnsi="Consolas" w:cs="Consolas"/>
          <w:color w:val="008000"/>
          <w:sz w:val="19"/>
          <w:szCs w:val="19"/>
          <w:lang w:val="ru-RU"/>
        </w:rPr>
        <w:t xml:space="preserve"> ===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vector</w:t>
      </w:r>
      <w:r w:rsidRPr="00DF65E7">
        <w:rPr>
          <w:rFonts w:ascii="Consolas" w:hAnsi="Consolas" w:cs="Consolas"/>
          <w:color w:val="000000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thread</w:t>
      </w:r>
      <w:r w:rsidRPr="00DF65E7">
        <w:rPr>
          <w:rFonts w:ascii="Consolas" w:hAnsi="Consolas" w:cs="Consolas"/>
          <w:color w:val="000000"/>
          <w:sz w:val="19"/>
          <w:szCs w:val="19"/>
        </w:rPr>
        <w:t>&gt; threads;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threads.reserve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files.size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for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auto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&amp;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: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files)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"[MAIN]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Чтение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файла</w:t>
      </w:r>
      <w:r w:rsidRPr="00DF65E7">
        <w:rPr>
          <w:rFonts w:ascii="Consolas" w:hAnsi="Consolas" w:cs="Consolas"/>
          <w:color w:val="A31515"/>
          <w:sz w:val="19"/>
          <w:szCs w:val="19"/>
        </w:rPr>
        <w:t>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// ---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открытие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(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в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главном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потоке</w:t>
      </w:r>
      <w:r w:rsidRPr="00DF65E7">
        <w:rPr>
          <w:rFonts w:ascii="Consolas" w:hAnsi="Consolas" w:cs="Consolas"/>
          <w:color w:val="008000"/>
          <w:sz w:val="19"/>
          <w:szCs w:val="19"/>
        </w:rPr>
        <w:t>) ---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openDocument_safeA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filePath.c_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), err,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(err)) !=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"[ERROR] 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openDocument_safeA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 xml:space="preserve"> failed for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err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ru-RU"/>
        </w:rPr>
        <w:t>continue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}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// --- чтение (в главном потоке) ---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static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HTML_CAP = 2 * 1024 * 1024;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vector</w:t>
      </w:r>
      <w:r w:rsidRPr="00DF65E7">
        <w:rPr>
          <w:rFonts w:ascii="Consolas" w:hAnsi="Consolas" w:cs="Consolas"/>
          <w:color w:val="000000"/>
          <w:sz w:val="19"/>
          <w:szCs w:val="19"/>
        </w:rPr>
        <w:t>&lt;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&gt;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(HTML_CAP);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htmlBuf</w:t>
      </w:r>
      <w:proofErr w:type="spellEnd"/>
      <w:r w:rsidRPr="00DF65E7">
        <w:rPr>
          <w:rFonts w:ascii="Consolas" w:hAnsi="Consolas" w:cs="Consolas"/>
          <w:color w:val="008080"/>
          <w:sz w:val="19"/>
          <w:szCs w:val="19"/>
        </w:rPr>
        <w:t>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0</w:t>
      </w:r>
      <w:r w:rsidRPr="00DF65E7">
        <w:rPr>
          <w:rFonts w:ascii="Consolas" w:hAnsi="Consolas" w:cs="Consolas"/>
          <w:color w:val="008080"/>
          <w:sz w:val="19"/>
          <w:szCs w:val="19"/>
        </w:rPr>
        <w:t>]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DF65E7">
        <w:rPr>
          <w:rFonts w:ascii="Consolas" w:hAnsi="Consolas" w:cs="Consolas"/>
          <w:color w:val="A31515"/>
          <w:sz w:val="19"/>
          <w:szCs w:val="19"/>
        </w:rPr>
        <w:t>'\0'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read_all_safeA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filePath.c_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htmlBuf.data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htmlBuf.size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err,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(err)) !=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"[ERROR] 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read_all_safeA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 xml:space="preserve"> failed for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err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closeDocument_safeA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filePath.c_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), err,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(err));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 w:rsidRPr="00AB63D9">
        <w:rPr>
          <w:rFonts w:ascii="Consolas" w:hAnsi="Consolas" w:cs="Consolas"/>
          <w:color w:val="0000FF"/>
          <w:sz w:val="19"/>
          <w:szCs w:val="19"/>
        </w:rPr>
        <w:t>continue</w:t>
      </w:r>
      <w:r w:rsidRPr="00AB63D9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htmlBuf.data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// ---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закрытие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(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в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главном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потоке</w:t>
      </w:r>
      <w:r w:rsidRPr="00DF65E7">
        <w:rPr>
          <w:rFonts w:ascii="Consolas" w:hAnsi="Consolas" w:cs="Consolas"/>
          <w:color w:val="008000"/>
          <w:sz w:val="19"/>
          <w:szCs w:val="19"/>
        </w:rPr>
        <w:t>) ---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closeDocument_safeA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filePath.c_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), err,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(err)) !=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"[WARN] 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closeDocument_safeA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 xml:space="preserve"> warning for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err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// ---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запуск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потока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lang w:val="ru-RU"/>
        </w:rPr>
        <w:t>парсинга</w:t>
      </w:r>
      <w:proofErr w:type="spellEnd"/>
      <w:r w:rsidRPr="00DF65E7">
        <w:rPr>
          <w:rFonts w:ascii="Consolas" w:hAnsi="Consolas" w:cs="Consolas"/>
          <w:color w:val="008000"/>
          <w:sz w:val="19"/>
          <w:szCs w:val="19"/>
        </w:rPr>
        <w:t xml:space="preserve"> ---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threads.emplace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_back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parse_in_thread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filePath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pParse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}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// === 6. Ожидание завершения всех потоков ===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ru-RU"/>
        </w:rPr>
        <w:t>for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ru-RU"/>
        </w:rPr>
        <w:t>auto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&amp; </w:t>
      </w:r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t :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threads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lastRenderedPageBreak/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t.joinable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())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t.join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// === 7.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Освобождение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DLL ===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FreeLibrary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nullptr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"\n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Все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файлы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обработаны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успешно</w:t>
      </w:r>
      <w:r w:rsidRPr="00DF65E7">
        <w:rPr>
          <w:rFonts w:ascii="Consolas" w:hAnsi="Consolas" w:cs="Consolas"/>
          <w:color w:val="A31515"/>
          <w:sz w:val="19"/>
          <w:szCs w:val="19"/>
        </w:rPr>
        <w:t>.\n"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system(</w:t>
      </w:r>
      <w:r w:rsidRPr="00DF65E7">
        <w:rPr>
          <w:rFonts w:ascii="Consolas" w:hAnsi="Consolas" w:cs="Consolas"/>
          <w:color w:val="A31515"/>
          <w:sz w:val="19"/>
          <w:szCs w:val="19"/>
        </w:rPr>
        <w:t>"pause"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catch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AppError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&amp; e)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 FATAL: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e.what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FreeLibrary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system(</w:t>
      </w:r>
      <w:r w:rsidRPr="00DF65E7">
        <w:rPr>
          <w:rFonts w:ascii="Consolas" w:hAnsi="Consolas" w:cs="Consolas"/>
          <w:color w:val="A31515"/>
          <w:sz w:val="19"/>
          <w:szCs w:val="19"/>
        </w:rPr>
        <w:t>"pause"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e.code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();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catch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exception</w:t>
      </w:r>
      <w:r w:rsidRPr="00DF65E7">
        <w:rPr>
          <w:rFonts w:ascii="Consolas" w:hAnsi="Consolas" w:cs="Consolas"/>
          <w:color w:val="000000"/>
          <w:sz w:val="19"/>
          <w:szCs w:val="19"/>
        </w:rPr>
        <w:t>&amp; e)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 FATAL (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::exception): 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e.what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 </w:t>
      </w:r>
      <w:r w:rsidRPr="00DF65E7">
        <w:rPr>
          <w:rFonts w:ascii="Consolas" w:hAnsi="Consolas" w:cs="Consolas"/>
          <w:color w:val="008080"/>
          <w:sz w:val="19"/>
          <w:szCs w:val="19"/>
        </w:rPr>
        <w:t>&lt;&lt;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FreeLibrary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system(</w:t>
      </w:r>
      <w:r w:rsidRPr="00DF65E7">
        <w:rPr>
          <w:rFonts w:ascii="Consolas" w:hAnsi="Consolas" w:cs="Consolas"/>
          <w:color w:val="A31515"/>
          <w:sz w:val="19"/>
          <w:szCs w:val="19"/>
        </w:rPr>
        <w:t>"pause"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AB63D9">
        <w:rPr>
          <w:rFonts w:ascii="Consolas" w:hAnsi="Consolas" w:cs="Consolas"/>
          <w:color w:val="0000FF"/>
          <w:sz w:val="19"/>
          <w:szCs w:val="19"/>
        </w:rPr>
        <w:t>return</w:t>
      </w:r>
      <w:r w:rsidRPr="00AB63D9">
        <w:rPr>
          <w:rFonts w:ascii="Consolas" w:hAnsi="Consolas" w:cs="Consolas"/>
          <w:color w:val="000000"/>
          <w:sz w:val="19"/>
          <w:szCs w:val="19"/>
        </w:rPr>
        <w:t xml:space="preserve"> 99;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B63D9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B63D9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AB63D9">
        <w:rPr>
          <w:rFonts w:ascii="Consolas" w:hAnsi="Consolas" w:cs="Consolas"/>
          <w:color w:val="0000FF"/>
          <w:sz w:val="19"/>
          <w:szCs w:val="19"/>
        </w:rPr>
        <w:t>catch</w:t>
      </w:r>
      <w:r w:rsidRPr="00AB63D9">
        <w:rPr>
          <w:rFonts w:ascii="Consolas" w:hAnsi="Consolas" w:cs="Consolas"/>
          <w:color w:val="000000"/>
          <w:sz w:val="19"/>
          <w:szCs w:val="19"/>
        </w:rPr>
        <w:t xml:space="preserve"> (...) {</w:t>
      </w:r>
    </w:p>
    <w:p w:rsidR="00DF65E7" w:rsidRPr="00BD43A1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AB63D9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AB63D9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BD43A1"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 w:rsidRPr="00AB63D9">
        <w:rPr>
          <w:rFonts w:ascii="Consolas" w:hAnsi="Consolas" w:cs="Consolas"/>
          <w:color w:val="000000"/>
          <w:sz w:val="19"/>
          <w:szCs w:val="19"/>
        </w:rPr>
        <w:t>cerr</w:t>
      </w:r>
      <w:proofErr w:type="spellEnd"/>
      <w:r w:rsidRPr="00BD43A1"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 w:rsidRPr="00BD43A1">
        <w:rPr>
          <w:rFonts w:ascii="Consolas" w:hAnsi="Consolas" w:cs="Consolas"/>
          <w:color w:val="008080"/>
          <w:sz w:val="19"/>
          <w:szCs w:val="19"/>
          <w:lang w:val="ru-RU"/>
        </w:rPr>
        <w:t>&lt;&lt;</w:t>
      </w:r>
      <w:r w:rsidRPr="00BD43A1"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 w:rsidRPr="00BD43A1">
        <w:rPr>
          <w:rFonts w:ascii="Consolas" w:hAnsi="Consolas" w:cs="Consolas"/>
          <w:color w:val="A31515"/>
          <w:sz w:val="19"/>
          <w:szCs w:val="19"/>
          <w:lang w:val="ru-RU"/>
        </w:rPr>
        <w:t>"\</w:t>
      </w:r>
      <w:r w:rsidRPr="00AB63D9">
        <w:rPr>
          <w:rFonts w:ascii="Consolas" w:hAnsi="Consolas" w:cs="Consolas"/>
          <w:color w:val="A31515"/>
          <w:sz w:val="19"/>
          <w:szCs w:val="19"/>
        </w:rPr>
        <w:t>n</w:t>
      </w:r>
      <w:r w:rsidRPr="00BD43A1">
        <w:rPr>
          <w:rFonts w:ascii="Consolas" w:hAnsi="Consolas" w:cs="Consolas"/>
          <w:color w:val="A31515"/>
          <w:sz w:val="19"/>
          <w:szCs w:val="19"/>
          <w:lang w:val="ru-RU"/>
        </w:rPr>
        <w:t xml:space="preserve"> </w:t>
      </w:r>
      <w:r w:rsidRPr="00AB63D9">
        <w:rPr>
          <w:rFonts w:ascii="Consolas" w:hAnsi="Consolas" w:cs="Consolas"/>
          <w:color w:val="A31515"/>
          <w:sz w:val="19"/>
          <w:szCs w:val="19"/>
        </w:rPr>
        <w:t>FATAL</w:t>
      </w:r>
      <w:r w:rsidRPr="00BD43A1">
        <w:rPr>
          <w:rFonts w:ascii="Consolas" w:hAnsi="Consolas" w:cs="Consolas"/>
          <w:color w:val="A31515"/>
          <w:sz w:val="19"/>
          <w:szCs w:val="19"/>
          <w:lang w:val="ru-RU"/>
        </w:rPr>
        <w:t xml:space="preserve">: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Неизвестное</w:t>
      </w:r>
      <w:r w:rsidRPr="00BD43A1">
        <w:rPr>
          <w:rFonts w:ascii="Consolas" w:hAnsi="Consolas" w:cs="Consolas"/>
          <w:color w:val="A31515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исключение</w:t>
      </w:r>
      <w:r w:rsidRPr="00BD43A1">
        <w:rPr>
          <w:rFonts w:ascii="Consolas" w:hAnsi="Consolas" w:cs="Consolas"/>
          <w:color w:val="A31515"/>
          <w:sz w:val="19"/>
          <w:szCs w:val="19"/>
          <w:lang w:val="ru-RU"/>
        </w:rPr>
        <w:t>\</w:t>
      </w:r>
      <w:r w:rsidRPr="00AB63D9">
        <w:rPr>
          <w:rFonts w:ascii="Consolas" w:hAnsi="Consolas" w:cs="Consolas"/>
          <w:color w:val="A31515"/>
          <w:sz w:val="19"/>
          <w:szCs w:val="19"/>
        </w:rPr>
        <w:t>n</w:t>
      </w:r>
      <w:r w:rsidRPr="00BD43A1">
        <w:rPr>
          <w:rFonts w:ascii="Consolas" w:hAnsi="Consolas" w:cs="Consolas"/>
          <w:color w:val="A31515"/>
          <w:sz w:val="19"/>
          <w:szCs w:val="19"/>
          <w:lang w:val="ru-RU"/>
        </w:rPr>
        <w:t>"</w:t>
      </w:r>
      <w:r w:rsidRPr="00BD43A1"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BD43A1"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FreeLibrary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system(</w:t>
      </w:r>
      <w:r w:rsidRPr="00DF65E7">
        <w:rPr>
          <w:rFonts w:ascii="Consolas" w:hAnsi="Consolas" w:cs="Consolas"/>
          <w:color w:val="A31515"/>
          <w:sz w:val="19"/>
          <w:szCs w:val="19"/>
        </w:rPr>
        <w:t>"pause"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AB63D9">
        <w:rPr>
          <w:rFonts w:ascii="Consolas" w:hAnsi="Consolas" w:cs="Consolas"/>
          <w:color w:val="0000FF"/>
          <w:sz w:val="19"/>
          <w:szCs w:val="19"/>
        </w:rPr>
        <w:t>return</w:t>
      </w:r>
      <w:r w:rsidRPr="00AB63D9">
        <w:rPr>
          <w:rFonts w:ascii="Consolas" w:hAnsi="Consolas" w:cs="Consolas"/>
          <w:color w:val="000000"/>
          <w:sz w:val="19"/>
          <w:szCs w:val="19"/>
        </w:rPr>
        <w:t xml:space="preserve"> 100;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B63D9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E9010D" w:rsidRDefault="00DF65E7" w:rsidP="00DF65E7">
      <w:r w:rsidRPr="00AB63D9">
        <w:rPr>
          <w:rFonts w:ascii="Consolas" w:hAnsi="Consolas" w:cs="Consolas"/>
          <w:color w:val="000000"/>
          <w:sz w:val="19"/>
          <w:szCs w:val="19"/>
        </w:rPr>
        <w:t>}</w:t>
      </w:r>
      <w:r>
        <w:rPr>
          <w:rFonts w:ascii="Courier New" w:hAnsi="Courier New"/>
          <w:sz w:val="18"/>
        </w:rPr>
        <w:br/>
      </w:r>
    </w:p>
    <w:p w:rsidR="00DF65E7" w:rsidRDefault="00DF65E7"/>
    <w:p w:rsidR="00DF65E7" w:rsidRDefault="00DF65E7"/>
    <w:p w:rsidR="00E9010D" w:rsidRPr="00DF65E7" w:rsidRDefault="00DF65E7">
      <w:r>
        <w:br/>
      </w:r>
      <w:proofErr w:type="spellStart"/>
      <w:r>
        <w:t>Файл</w:t>
      </w:r>
      <w:proofErr w:type="spellEnd"/>
      <w:r>
        <w:t xml:space="preserve">: </w:t>
      </w:r>
      <w:proofErr w:type="spellStart"/>
      <w:r>
        <w:t>KursTechProg</w:t>
      </w:r>
      <w:proofErr w:type="spellEnd"/>
      <w:r w:rsidRPr="00DF65E7">
        <w:t>/</w:t>
      </w:r>
      <w:proofErr w:type="spellStart"/>
      <w:r w:rsidRPr="00DF65E7">
        <w:t>loadtime</w:t>
      </w:r>
      <w:proofErr w:type="spellEnd"/>
      <w:r>
        <w:t>/</w:t>
      </w:r>
      <w:r w:rsidRPr="00DF65E7">
        <w:t xml:space="preserve"> loadtime</w:t>
      </w:r>
      <w:r>
        <w:t>.cpp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loadtime.h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"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windows.h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&lt;string&gt;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cstring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808080"/>
          <w:sz w:val="19"/>
          <w:szCs w:val="19"/>
          <w:lang w:val="ru-RU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  <w:lang w:val="ru-RU"/>
        </w:rPr>
        <w:t>ifdef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6F008A"/>
          <w:sz w:val="19"/>
          <w:szCs w:val="19"/>
          <w:lang w:val="ru-RU"/>
        </w:rPr>
        <w:t>LOADTIME_EXPORTS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8000"/>
          <w:sz w:val="19"/>
          <w:szCs w:val="19"/>
          <w:lang w:val="ru-RU"/>
        </w:rPr>
        <w:t>// Простая реализация - читаем файл как бинарный, без конвертации кодировки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extern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"C"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6F008A"/>
          <w:sz w:val="19"/>
          <w:szCs w:val="19"/>
        </w:rPr>
        <w:t>LTD_API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openDocument_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strncpy_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"Invalid path"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6F008A"/>
          <w:sz w:val="19"/>
          <w:szCs w:val="19"/>
        </w:rPr>
        <w:t>_TRUNCATE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lastRenderedPageBreak/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-1;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2B91AF"/>
          <w:sz w:val="19"/>
          <w:szCs w:val="19"/>
        </w:rPr>
        <w:t>FILE</w:t>
      </w:r>
      <w:r w:rsidRPr="00DF65E7">
        <w:rPr>
          <w:rFonts w:ascii="Consolas" w:hAnsi="Consolas" w:cs="Consolas"/>
          <w:color w:val="000000"/>
          <w:sz w:val="19"/>
          <w:szCs w:val="19"/>
        </w:rPr>
        <w:t>* file;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fopen_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&amp;file, 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rb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r w:rsidRPr="00DF65E7">
        <w:rPr>
          <w:rFonts w:ascii="Consolas" w:hAnsi="Consolas" w:cs="Consolas"/>
          <w:color w:val="000000"/>
          <w:sz w:val="19"/>
          <w:szCs w:val="19"/>
        </w:rPr>
        <w:t>) !=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strncpy_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"Cannot open file"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6F008A"/>
          <w:sz w:val="19"/>
          <w:szCs w:val="19"/>
        </w:rPr>
        <w:t>_TRUNCATE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-2;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fclose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(file);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0] = </w:t>
      </w:r>
      <w:r w:rsidRPr="00DF65E7">
        <w:rPr>
          <w:rFonts w:ascii="Consolas" w:hAnsi="Consolas" w:cs="Consolas"/>
          <w:color w:val="A31515"/>
          <w:sz w:val="19"/>
          <w:szCs w:val="19"/>
        </w:rPr>
        <w:t>'\0'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>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extern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"C"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6F008A"/>
          <w:sz w:val="19"/>
          <w:szCs w:val="19"/>
        </w:rPr>
        <w:t>LTD_API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read_all_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outCap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|| !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||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outCap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==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strncpy_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"Invalid parameters"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6F008A"/>
          <w:sz w:val="19"/>
          <w:szCs w:val="19"/>
        </w:rPr>
        <w:t>_TRUNCATE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-1;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2B91AF"/>
          <w:sz w:val="19"/>
          <w:szCs w:val="19"/>
        </w:rPr>
        <w:t>FILE</w:t>
      </w:r>
      <w:r w:rsidRPr="00DF65E7">
        <w:rPr>
          <w:rFonts w:ascii="Consolas" w:hAnsi="Consolas" w:cs="Consolas"/>
          <w:color w:val="000000"/>
          <w:sz w:val="19"/>
          <w:szCs w:val="19"/>
        </w:rPr>
        <w:t>* file;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fopen_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&amp;file, 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rb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r w:rsidRPr="00DF65E7">
        <w:rPr>
          <w:rFonts w:ascii="Consolas" w:hAnsi="Consolas" w:cs="Consolas"/>
          <w:color w:val="000000"/>
          <w:sz w:val="19"/>
          <w:szCs w:val="19"/>
        </w:rPr>
        <w:t>) !=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strncpy_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"Cannot open file"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6F008A"/>
          <w:sz w:val="19"/>
          <w:szCs w:val="19"/>
        </w:rPr>
        <w:t>_TRUNCATE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-2;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fseek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file, 0, </w:t>
      </w:r>
      <w:r w:rsidRPr="00DF65E7">
        <w:rPr>
          <w:rFonts w:ascii="Consolas" w:hAnsi="Consolas" w:cs="Consolas"/>
          <w:color w:val="6F008A"/>
          <w:sz w:val="19"/>
          <w:szCs w:val="19"/>
        </w:rPr>
        <w:t>SEEK_END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long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fileSize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ftell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(file);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fseek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file, 0, </w:t>
      </w:r>
      <w:r w:rsidRPr="00DF65E7">
        <w:rPr>
          <w:rFonts w:ascii="Consolas" w:hAnsi="Consolas" w:cs="Consolas"/>
          <w:color w:val="6F008A"/>
          <w:sz w:val="19"/>
          <w:szCs w:val="19"/>
        </w:rPr>
        <w:t>SEEK_SET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fileSize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&lt;=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fclose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(file);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strncpy_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"Empty file"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6F008A"/>
          <w:sz w:val="19"/>
          <w:szCs w:val="19"/>
        </w:rPr>
        <w:t>_TRUNCATE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AB63D9">
        <w:rPr>
          <w:rFonts w:ascii="Consolas" w:hAnsi="Consolas" w:cs="Consolas"/>
          <w:color w:val="000000"/>
          <w:sz w:val="19"/>
          <w:szCs w:val="19"/>
        </w:rPr>
        <w:t>}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B63D9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AB63D9">
        <w:rPr>
          <w:rFonts w:ascii="Consolas" w:hAnsi="Consolas" w:cs="Consolas"/>
          <w:color w:val="0000FF"/>
          <w:sz w:val="19"/>
          <w:szCs w:val="19"/>
        </w:rPr>
        <w:t>return</w:t>
      </w:r>
      <w:r w:rsidRPr="00AB63D9">
        <w:rPr>
          <w:rFonts w:ascii="Consolas" w:hAnsi="Consolas" w:cs="Consolas"/>
          <w:color w:val="000000"/>
          <w:sz w:val="19"/>
          <w:szCs w:val="19"/>
        </w:rPr>
        <w:t xml:space="preserve"> -3;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static_cast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&gt;(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fileSize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&gt;=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outCap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fclose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(file);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strncpy_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"Buffer too small"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6F008A"/>
          <w:sz w:val="19"/>
          <w:szCs w:val="19"/>
        </w:rPr>
        <w:t>_TRUNCATE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-4;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bytesRead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fread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1,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fileSize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 file);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bytesRead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] = </w:t>
      </w:r>
      <w:r w:rsidRPr="00DF65E7">
        <w:rPr>
          <w:rFonts w:ascii="Consolas" w:hAnsi="Consolas" w:cs="Consolas"/>
          <w:color w:val="A31515"/>
          <w:sz w:val="19"/>
          <w:szCs w:val="19"/>
        </w:rPr>
        <w:t>'\0'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fclose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(file);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bytesRead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!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=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static_cast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&gt;(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fileSize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strncpy_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"Read error"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6F008A"/>
          <w:sz w:val="19"/>
          <w:szCs w:val="19"/>
        </w:rPr>
        <w:t>_TRUNCATE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-5;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0] = </w:t>
      </w:r>
      <w:r w:rsidRPr="00DF65E7">
        <w:rPr>
          <w:rFonts w:ascii="Consolas" w:hAnsi="Consolas" w:cs="Consolas"/>
          <w:color w:val="A31515"/>
          <w:sz w:val="19"/>
          <w:szCs w:val="19"/>
        </w:rPr>
        <w:t>'\0'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>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extern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"C"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6F008A"/>
          <w:sz w:val="19"/>
          <w:szCs w:val="19"/>
        </w:rPr>
        <w:t>LTD_API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closeDocument_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2B91AF"/>
          <w:sz w:val="19"/>
          <w:szCs w:val="19"/>
          <w:lang w:val="ru-RU"/>
        </w:rPr>
        <w:t>size_t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lang w:val="ru-RU"/>
        </w:rPr>
        <w:t>cerr</w:t>
      </w:r>
      <w:proofErr w:type="spellEnd"/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) </w:t>
      </w:r>
      <w:proofErr w:type="spellStart"/>
      <w:r>
        <w:rPr>
          <w:rFonts w:ascii="Consolas" w:hAnsi="Consolas" w:cs="Consolas"/>
          <w:color w:val="0000FF"/>
          <w:sz w:val="19"/>
          <w:szCs w:val="19"/>
          <w:lang w:val="ru-RU"/>
        </w:rPr>
        <w:t>noexcept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{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  <w:lang w:val="ru-RU"/>
        </w:rPr>
        <w:t>В</w:t>
      </w:r>
      <w:proofErr w:type="gramEnd"/>
      <w:r>
        <w:rPr>
          <w:rFonts w:ascii="Consolas" w:hAnsi="Consolas" w:cs="Consolas"/>
          <w:color w:val="008000"/>
          <w:sz w:val="19"/>
          <w:szCs w:val="19"/>
          <w:lang w:val="ru-RU"/>
        </w:rPr>
        <w:t xml:space="preserve"> этой простой реализации ничего не делаем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&gt; 0)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0] = </w:t>
      </w:r>
      <w:r w:rsidRPr="00DF65E7">
        <w:rPr>
          <w:rFonts w:ascii="Consolas" w:hAnsi="Consolas" w:cs="Consolas"/>
          <w:color w:val="A31515"/>
          <w:sz w:val="19"/>
          <w:szCs w:val="19"/>
        </w:rPr>
        <w:t>'\0'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>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E9010D" w:rsidRDefault="00DF65E7" w:rsidP="00DF65E7">
      <w:r w:rsidRPr="00DF65E7"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endif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00"/>
          <w:sz w:val="19"/>
          <w:szCs w:val="19"/>
        </w:rPr>
        <w:t>// LOADTIME_EXPORTS</w:t>
      </w:r>
      <w:r>
        <w:rPr>
          <w:rFonts w:ascii="Courier New" w:hAnsi="Courier New"/>
          <w:sz w:val="18"/>
        </w:rPr>
        <w:br/>
      </w:r>
    </w:p>
    <w:p w:rsidR="00E9010D" w:rsidRDefault="00DF65E7">
      <w:r>
        <w:br/>
      </w:r>
      <w:proofErr w:type="spellStart"/>
      <w:r>
        <w:t>Файл</w:t>
      </w:r>
      <w:proofErr w:type="spellEnd"/>
      <w:r>
        <w:t xml:space="preserve">: </w:t>
      </w:r>
      <w:proofErr w:type="spellStart"/>
      <w:r>
        <w:t>KursTechProg</w:t>
      </w:r>
      <w:proofErr w:type="spellEnd"/>
      <w:r w:rsidRPr="00DF65E7">
        <w:t>/</w:t>
      </w:r>
      <w:proofErr w:type="spellStart"/>
      <w:r w:rsidRPr="00DF65E7">
        <w:t>loadtime</w:t>
      </w:r>
      <w:proofErr w:type="spellEnd"/>
      <w:r>
        <w:t>/</w:t>
      </w:r>
      <w:r w:rsidRPr="00DF65E7">
        <w:t xml:space="preserve"> </w:t>
      </w:r>
      <w:proofErr w:type="spellStart"/>
      <w:r w:rsidRPr="00DF65E7">
        <w:t>loadtime</w:t>
      </w:r>
      <w:r>
        <w:t>.h</w:t>
      </w:r>
      <w:proofErr w:type="spell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#pragma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808080"/>
          <w:sz w:val="19"/>
          <w:szCs w:val="19"/>
        </w:rPr>
        <w:t>once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stddef.h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ifdef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6F008A"/>
          <w:sz w:val="19"/>
          <w:szCs w:val="19"/>
        </w:rPr>
        <w:t>LOADTIME_EXPORTS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#define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6F008A"/>
          <w:sz w:val="19"/>
          <w:szCs w:val="19"/>
        </w:rPr>
        <w:t>LTD_API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declspec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dllexport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#else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#define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LTD_API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declspec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dllimport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808080"/>
          <w:sz w:val="19"/>
          <w:szCs w:val="19"/>
          <w:lang w:val="ru-RU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  <w:lang w:val="ru-RU"/>
        </w:rPr>
        <w:t>endif</w:t>
      </w:r>
      <w:proofErr w:type="spellEnd"/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8000"/>
          <w:sz w:val="19"/>
          <w:szCs w:val="19"/>
          <w:lang w:val="ru-RU"/>
        </w:rPr>
        <w:t>// Явно указываем кодировку для всех функций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extern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"C"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6F008A"/>
          <w:sz w:val="19"/>
          <w:szCs w:val="19"/>
        </w:rPr>
        <w:t>LTD_API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openDocument_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6F008A"/>
          <w:sz w:val="19"/>
          <w:szCs w:val="19"/>
        </w:rPr>
        <w:t>LTD_API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closeDocument_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6F008A"/>
          <w:sz w:val="19"/>
          <w:szCs w:val="19"/>
        </w:rPr>
        <w:t>LTD_API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read_all_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outCap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Добавляем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UTF-8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версии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функций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6F008A"/>
          <w:sz w:val="19"/>
          <w:szCs w:val="19"/>
        </w:rPr>
        <w:t>LTD_API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openDocument_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safeU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wchar_t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wchar_t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6F008A"/>
          <w:sz w:val="19"/>
          <w:szCs w:val="19"/>
        </w:rPr>
        <w:t>LTD_API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read_all_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safeU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wchar_t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path</w:t>
      </w:r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wchar_t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outCap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wchar_t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E9010D" w:rsidRDefault="00DF65E7" w:rsidP="00DF65E7">
      <w:r w:rsidRPr="00DF65E7">
        <w:rPr>
          <w:rFonts w:ascii="Consolas" w:hAnsi="Consolas" w:cs="Consolas"/>
          <w:color w:val="000000"/>
          <w:sz w:val="19"/>
          <w:szCs w:val="19"/>
        </w:rPr>
        <w:t>}</w:t>
      </w:r>
    </w:p>
    <w:p w:rsidR="00E9010D" w:rsidRDefault="00DF65E7">
      <w:r>
        <w:lastRenderedPageBreak/>
        <w:br/>
      </w:r>
      <w:proofErr w:type="spellStart"/>
      <w:r>
        <w:t>Файл</w:t>
      </w:r>
      <w:proofErr w:type="spellEnd"/>
      <w:r>
        <w:t xml:space="preserve">: </w:t>
      </w:r>
      <w:proofErr w:type="spellStart"/>
      <w:r>
        <w:t>KursTechProg</w:t>
      </w:r>
      <w:proofErr w:type="spellEnd"/>
      <w:r w:rsidRPr="00DF65E7">
        <w:t>/</w:t>
      </w:r>
      <w:r>
        <w:t>runtime/</w:t>
      </w:r>
      <w:r w:rsidRPr="00DF65E7">
        <w:t xml:space="preserve"> </w:t>
      </w:r>
      <w:r>
        <w:t>runtime.cpp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runtime.h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"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stdexcept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&lt;string&gt;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&lt;regex&gt;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&lt;iterator&gt;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cstring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cctype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&lt;algorithm&gt;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class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2B91AF"/>
          <w:sz w:val="19"/>
          <w:szCs w:val="19"/>
        </w:rPr>
        <w:t>RtError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: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public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exception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_;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code_;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public</w:t>
      </w:r>
      <w:r w:rsidRPr="00DF65E7">
        <w:rPr>
          <w:rFonts w:ascii="Consolas" w:hAnsi="Consolas" w:cs="Consolas"/>
          <w:color w:val="000000"/>
          <w:sz w:val="19"/>
          <w:szCs w:val="19"/>
        </w:rPr>
        <w:t>: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explicit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RtError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808080"/>
          <w:sz w:val="19"/>
          <w:szCs w:val="19"/>
        </w:rPr>
        <w:t>code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= 1)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: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_(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move(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)), code_(</w:t>
      </w:r>
      <w:r w:rsidRPr="00DF65E7">
        <w:rPr>
          <w:rFonts w:ascii="Consolas" w:hAnsi="Consolas" w:cs="Consolas"/>
          <w:color w:val="808080"/>
          <w:sz w:val="19"/>
          <w:szCs w:val="19"/>
        </w:rPr>
        <w:t>code</w:t>
      </w:r>
      <w:r w:rsidRPr="00DF65E7">
        <w:rPr>
          <w:rFonts w:ascii="Consolas" w:hAnsi="Consolas" w:cs="Consolas"/>
          <w:color w:val="000000"/>
          <w:sz w:val="19"/>
          <w:szCs w:val="19"/>
        </w:rPr>
        <w:t>) {}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what(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override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_.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c_str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();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code(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{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code_;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>};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#define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6F008A"/>
          <w:sz w:val="19"/>
          <w:szCs w:val="19"/>
        </w:rPr>
        <w:t>RT_FAIL</w:t>
      </w:r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r w:rsidRPr="00DF65E7">
        <w:rPr>
          <w:rFonts w:ascii="Consolas" w:hAnsi="Consolas" w:cs="Consolas"/>
          <w:color w:val="0000FF"/>
          <w:sz w:val="19"/>
          <w:szCs w:val="19"/>
        </w:rPr>
        <w:t>throw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RtError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), 1)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static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inline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trim_copy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808080"/>
          <w:sz w:val="19"/>
          <w:szCs w:val="19"/>
        </w:rPr>
        <w:t>s</w:t>
      </w:r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auto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is_ws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[](</w:t>
      </w:r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unsigned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{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isspace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 != 0; };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auto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l =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find_if_not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s</w:t>
      </w:r>
      <w:r w:rsidRPr="00DF65E7">
        <w:rPr>
          <w:rFonts w:ascii="Consolas" w:hAnsi="Consolas" w:cs="Consolas"/>
          <w:color w:val="000000"/>
          <w:sz w:val="19"/>
          <w:szCs w:val="19"/>
        </w:rPr>
        <w:t>.begin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s</w:t>
      </w:r>
      <w:r w:rsidRPr="00DF65E7">
        <w:rPr>
          <w:rFonts w:ascii="Consolas" w:hAnsi="Consolas" w:cs="Consolas"/>
          <w:color w:val="000000"/>
          <w:sz w:val="19"/>
          <w:szCs w:val="19"/>
        </w:rPr>
        <w:t>.end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is_ws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auto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r =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find_if_not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s</w:t>
      </w:r>
      <w:r w:rsidRPr="00DF65E7">
        <w:rPr>
          <w:rFonts w:ascii="Consolas" w:hAnsi="Consolas" w:cs="Consolas"/>
          <w:color w:val="000000"/>
          <w:sz w:val="19"/>
          <w:szCs w:val="19"/>
        </w:rPr>
        <w:t>.rbegin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s</w:t>
      </w:r>
      <w:r w:rsidRPr="00DF65E7">
        <w:rPr>
          <w:rFonts w:ascii="Consolas" w:hAnsi="Consolas" w:cs="Consolas"/>
          <w:color w:val="000000"/>
          <w:sz w:val="19"/>
          <w:szCs w:val="19"/>
        </w:rPr>
        <w:t>.rend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is_ws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).base();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(l </w:t>
      </w:r>
      <w:r w:rsidRPr="00DF65E7">
        <w:rPr>
          <w:rFonts w:ascii="Consolas" w:hAnsi="Consolas" w:cs="Consolas"/>
          <w:color w:val="008080"/>
          <w:sz w:val="19"/>
          <w:szCs w:val="19"/>
        </w:rPr>
        <w:t>&gt;=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r)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{};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t(l, r);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out;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out.reserve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t.size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bool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DF65E7">
        <w:rPr>
          <w:rFonts w:ascii="Consolas" w:hAnsi="Consolas" w:cs="Consolas"/>
          <w:color w:val="0000FF"/>
          <w:sz w:val="19"/>
          <w:szCs w:val="19"/>
        </w:rPr>
        <w:t>false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for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c :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t)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bool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ws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(c == </w:t>
      </w:r>
      <w:r w:rsidRPr="00DF65E7">
        <w:rPr>
          <w:rFonts w:ascii="Consolas" w:hAnsi="Consolas" w:cs="Consolas"/>
          <w:color w:val="A31515"/>
          <w:sz w:val="19"/>
          <w:szCs w:val="19"/>
        </w:rPr>
        <w:t>' '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|| c == </w:t>
      </w:r>
      <w:r w:rsidRPr="00DF65E7">
        <w:rPr>
          <w:rFonts w:ascii="Consolas" w:hAnsi="Consolas" w:cs="Consolas"/>
          <w:color w:val="A31515"/>
          <w:sz w:val="19"/>
          <w:szCs w:val="19"/>
        </w:rPr>
        <w:t>'\t'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|| c == </w:t>
      </w:r>
      <w:r w:rsidRPr="00DF65E7">
        <w:rPr>
          <w:rFonts w:ascii="Consolas" w:hAnsi="Consolas" w:cs="Consolas"/>
          <w:color w:val="A31515"/>
          <w:sz w:val="19"/>
          <w:szCs w:val="19"/>
        </w:rPr>
        <w:t>'\r'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|| c == </w:t>
      </w:r>
      <w:r w:rsidRPr="00DF65E7">
        <w:rPr>
          <w:rFonts w:ascii="Consolas" w:hAnsi="Consolas" w:cs="Consolas"/>
          <w:color w:val="A31515"/>
          <w:sz w:val="19"/>
          <w:szCs w:val="19"/>
        </w:rPr>
        <w:t>'\n'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ws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 xml:space="preserve">{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(!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{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out.push_back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' '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);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DF65E7">
        <w:rPr>
          <w:rFonts w:ascii="Consolas" w:hAnsi="Consolas" w:cs="Consolas"/>
          <w:color w:val="0000FF"/>
          <w:sz w:val="19"/>
          <w:szCs w:val="19"/>
        </w:rPr>
        <w:t>true</w:t>
      </w:r>
      <w:r w:rsidRPr="00DF65E7">
        <w:rPr>
          <w:rFonts w:ascii="Consolas" w:hAnsi="Consolas" w:cs="Consolas"/>
          <w:color w:val="000000"/>
          <w:sz w:val="19"/>
          <w:szCs w:val="19"/>
        </w:rPr>
        <w:t>; }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else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 xml:space="preserve">{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out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.push_back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(c);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DF65E7">
        <w:rPr>
          <w:rFonts w:ascii="Consolas" w:hAnsi="Consolas" w:cs="Consolas"/>
          <w:color w:val="0000FF"/>
          <w:sz w:val="19"/>
          <w:szCs w:val="19"/>
        </w:rPr>
        <w:t>false</w:t>
      </w:r>
      <w:r w:rsidRPr="00DF65E7">
        <w:rPr>
          <w:rFonts w:ascii="Consolas" w:hAnsi="Consolas" w:cs="Consolas"/>
          <w:color w:val="000000"/>
          <w:sz w:val="19"/>
          <w:szCs w:val="19"/>
        </w:rPr>
        <w:t>;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out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.empty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 &amp;&amp;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out.back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 == </w:t>
      </w:r>
      <w:r w:rsidRPr="00DF65E7">
        <w:rPr>
          <w:rFonts w:ascii="Consolas" w:hAnsi="Consolas" w:cs="Consolas"/>
          <w:color w:val="A31515"/>
          <w:sz w:val="19"/>
          <w:szCs w:val="19"/>
        </w:rPr>
        <w:t>' '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out.pop_back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out;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>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static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void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to_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src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dst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808080"/>
          <w:sz w:val="19"/>
          <w:szCs w:val="19"/>
        </w:rPr>
        <w:t>cap</w:t>
      </w:r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dst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|| </w:t>
      </w:r>
      <w:r w:rsidRPr="00DF65E7">
        <w:rPr>
          <w:rFonts w:ascii="Consolas" w:hAnsi="Consolas" w:cs="Consolas"/>
          <w:color w:val="808080"/>
          <w:sz w:val="19"/>
          <w:szCs w:val="19"/>
        </w:rPr>
        <w:t>cap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== 0)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src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{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dst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[0] = 0;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>;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strncpy_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808080"/>
          <w:sz w:val="19"/>
          <w:szCs w:val="19"/>
        </w:rPr>
        <w:t>dst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808080"/>
          <w:sz w:val="19"/>
          <w:szCs w:val="19"/>
        </w:rPr>
        <w:t>cap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src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6F008A"/>
          <w:sz w:val="19"/>
          <w:szCs w:val="19"/>
        </w:rPr>
        <w:t>_TRUNCATE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>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extern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"C"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0000FF"/>
          <w:sz w:val="19"/>
          <w:szCs w:val="19"/>
        </w:rPr>
        <w:t>void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parseHeadsA_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throw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htmlText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htmlText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r w:rsidRPr="00DF65E7">
        <w:rPr>
          <w:rFonts w:ascii="Consolas" w:hAnsi="Consolas" w:cs="Consolas"/>
          <w:color w:val="6F008A"/>
          <w:sz w:val="19"/>
          <w:szCs w:val="19"/>
        </w:rPr>
        <w:t>RT_FAIL</w:t>
      </w:r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"null text"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parseHeads_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htmlText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outCap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outCap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proofErr w:type="gramStart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0] = 0;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proofErr w:type="gram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  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 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>[0] = 0;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lastRenderedPageBreak/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try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htmlText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r w:rsidRPr="00DF65E7">
        <w:rPr>
          <w:rFonts w:ascii="Consolas" w:hAnsi="Consolas" w:cs="Consolas"/>
          <w:color w:val="6F008A"/>
          <w:sz w:val="19"/>
          <w:szCs w:val="19"/>
        </w:rPr>
        <w:t>RT_FAIL</w:t>
      </w:r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 xml:space="preserve">"null 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htmlText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  <w:lang w:val="ru-RU"/>
        </w:rPr>
        <w:t>std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::</w:t>
      </w:r>
      <w:proofErr w:type="spellStart"/>
      <w:proofErr w:type="gramEnd"/>
      <w:r>
        <w:rPr>
          <w:rFonts w:ascii="Consolas" w:hAnsi="Consolas" w:cs="Consolas"/>
          <w:color w:val="2B91AF"/>
          <w:sz w:val="19"/>
          <w:szCs w:val="19"/>
          <w:lang w:val="ru-RU"/>
        </w:rPr>
        <w:t>string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html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(</w:t>
      </w:r>
      <w:proofErr w:type="spellStart"/>
      <w:r>
        <w:rPr>
          <w:rFonts w:ascii="Consolas" w:hAnsi="Consolas" w:cs="Consolas"/>
          <w:color w:val="808080"/>
          <w:sz w:val="19"/>
          <w:szCs w:val="19"/>
          <w:lang w:val="ru-RU"/>
        </w:rPr>
        <w:t>htmlText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);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// Регулярные выражения — изменено: &lt;</w:t>
      </w:r>
      <w:proofErr w:type="spellStart"/>
      <w:r>
        <w:rPr>
          <w:rFonts w:ascii="Consolas" w:hAnsi="Consolas" w:cs="Consolas"/>
          <w:color w:val="008000"/>
          <w:sz w:val="19"/>
          <w:szCs w:val="19"/>
          <w:lang w:val="ru-RU"/>
        </w:rPr>
        <w:t>ol</w:t>
      </w:r>
      <w:proofErr w:type="spellEnd"/>
      <w:r>
        <w:rPr>
          <w:rFonts w:ascii="Consolas" w:hAnsi="Consolas" w:cs="Consolas"/>
          <w:color w:val="008000"/>
          <w:sz w:val="19"/>
          <w:szCs w:val="19"/>
          <w:lang w:val="ru-RU"/>
        </w:rPr>
        <w:t>&gt; вместо &lt;</w:t>
      </w:r>
      <w:proofErr w:type="spellStart"/>
      <w:r>
        <w:rPr>
          <w:rFonts w:ascii="Consolas" w:hAnsi="Consolas" w:cs="Consolas"/>
          <w:color w:val="008000"/>
          <w:sz w:val="19"/>
          <w:szCs w:val="19"/>
          <w:lang w:val="ru-RU"/>
        </w:rPr>
        <w:t>ul</w:t>
      </w:r>
      <w:proofErr w:type="spellEnd"/>
      <w:r>
        <w:rPr>
          <w:rFonts w:ascii="Consolas" w:hAnsi="Consolas" w:cs="Consolas"/>
          <w:color w:val="008000"/>
          <w:sz w:val="19"/>
          <w:szCs w:val="19"/>
          <w:lang w:val="ru-RU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regex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re_head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R"(&lt;h([1-6])\b[^&gt;]*&gt;([\s\S]*?)&lt;/h\1&gt;)"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regex</w:t>
      </w:r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icase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regex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re_p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R"(&lt;p\b[^&gt;]*&gt;([\s\S]*?)&lt;/p&gt;)"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regex</w:t>
      </w:r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icase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regex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re_ol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R"(&lt;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ol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\b[^&gt;]*&gt;([\s\S]*?)&lt;/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ol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&gt;)"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regex</w:t>
      </w:r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icase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);   </w:t>
      </w:r>
      <w:r w:rsidRPr="00DF65E7">
        <w:rPr>
          <w:rFonts w:ascii="Consolas" w:hAnsi="Consolas" w:cs="Consolas"/>
          <w:color w:val="008000"/>
          <w:sz w:val="19"/>
          <w:szCs w:val="19"/>
        </w:rPr>
        <w:t>// ← OL!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regex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re_li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R"(&lt;li\b[^&gt;]*&gt;([\s\S]*?)&lt;/li&gt;)"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regex</w:t>
      </w:r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icase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regex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re_tags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R"(&lt;[^&gt;]*&gt;)"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regex</w:t>
      </w:r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icase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auto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unescape_min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[](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&amp; </w:t>
      </w:r>
      <w:r w:rsidRPr="00DF65E7">
        <w:rPr>
          <w:rFonts w:ascii="Consolas" w:hAnsi="Consolas" w:cs="Consolas"/>
          <w:color w:val="808080"/>
          <w:sz w:val="19"/>
          <w:szCs w:val="19"/>
        </w:rPr>
        <w:t>s</w:t>
      </w:r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auto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repl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[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&amp;](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a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b</w:t>
      </w:r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pos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0, la =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strlen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808080"/>
          <w:sz w:val="19"/>
          <w:szCs w:val="19"/>
        </w:rPr>
        <w:t>a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while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pos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proofErr w:type="gramStart"/>
      <w:r w:rsidRPr="00DF65E7">
        <w:rPr>
          <w:rFonts w:ascii="Consolas" w:hAnsi="Consolas" w:cs="Consolas"/>
          <w:color w:val="808080"/>
          <w:sz w:val="19"/>
          <w:szCs w:val="19"/>
        </w:rPr>
        <w:t>s</w:t>
      </w:r>
      <w:r w:rsidRPr="00DF65E7">
        <w:rPr>
          <w:rFonts w:ascii="Consolas" w:hAnsi="Consolas" w:cs="Consolas"/>
          <w:color w:val="000000"/>
          <w:sz w:val="19"/>
          <w:szCs w:val="19"/>
        </w:rPr>
        <w:t>.find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808080"/>
          <w:sz w:val="19"/>
          <w:szCs w:val="19"/>
        </w:rPr>
        <w:t>a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pos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)) !=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npos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    </w:t>
      </w:r>
      <w:proofErr w:type="spellStart"/>
      <w:proofErr w:type="gramStart"/>
      <w:r w:rsidRPr="00DF65E7">
        <w:rPr>
          <w:rFonts w:ascii="Consolas" w:hAnsi="Consolas" w:cs="Consolas"/>
          <w:color w:val="808080"/>
          <w:sz w:val="19"/>
          <w:szCs w:val="19"/>
        </w:rPr>
        <w:t>s</w:t>
      </w:r>
      <w:r w:rsidRPr="00DF65E7">
        <w:rPr>
          <w:rFonts w:ascii="Consolas" w:hAnsi="Consolas" w:cs="Consolas"/>
          <w:color w:val="000000"/>
          <w:sz w:val="19"/>
          <w:szCs w:val="19"/>
        </w:rPr>
        <w:t>.replace</w:t>
      </w:r>
      <w:proofErr w:type="spellEnd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pos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la, </w:t>
      </w:r>
      <w:r w:rsidRPr="00DF65E7">
        <w:rPr>
          <w:rFonts w:ascii="Consolas" w:hAnsi="Consolas" w:cs="Consolas"/>
          <w:color w:val="808080"/>
          <w:sz w:val="19"/>
          <w:szCs w:val="19"/>
        </w:rPr>
        <w:t>b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pos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+=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strlen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808080"/>
          <w:sz w:val="19"/>
          <w:szCs w:val="19"/>
        </w:rPr>
        <w:t>b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};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repl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A31515"/>
          <w:sz w:val="19"/>
          <w:szCs w:val="19"/>
        </w:rPr>
        <w:t>"&amp;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nbsp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;"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 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repl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A31515"/>
          <w:sz w:val="19"/>
          <w:szCs w:val="19"/>
        </w:rPr>
        <w:t>"&amp;amp;"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"&amp;"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repl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A31515"/>
          <w:sz w:val="19"/>
          <w:szCs w:val="19"/>
        </w:rPr>
        <w:t>"&amp;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lt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;"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"&lt;"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repl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A31515"/>
          <w:sz w:val="19"/>
          <w:szCs w:val="19"/>
        </w:rPr>
        <w:t>"&amp;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gt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;"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"&gt;"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};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auto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clean_text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[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&amp;](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808080"/>
          <w:sz w:val="19"/>
          <w:szCs w:val="19"/>
        </w:rPr>
        <w:t>x</w:t>
      </w:r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 w:rsidRPr="00DF65E7">
        <w:rPr>
          <w:rFonts w:ascii="Consolas" w:hAnsi="Consolas" w:cs="Consolas"/>
          <w:color w:val="808080"/>
          <w:sz w:val="19"/>
          <w:szCs w:val="19"/>
        </w:rPr>
        <w:t>x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8080"/>
          <w:sz w:val="19"/>
          <w:szCs w:val="19"/>
        </w:rPr>
        <w:t>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regex_replace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808080"/>
          <w:sz w:val="19"/>
          <w:szCs w:val="19"/>
        </w:rPr>
        <w:t>x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re_tags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A31515"/>
          <w:sz w:val="19"/>
          <w:szCs w:val="19"/>
        </w:rPr>
        <w:t>" "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unescape_min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808080"/>
          <w:sz w:val="19"/>
          <w:szCs w:val="19"/>
        </w:rPr>
        <w:t>x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trim_copy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move(</w:t>
      </w:r>
      <w:r w:rsidRPr="00DF65E7">
        <w:rPr>
          <w:rFonts w:ascii="Consolas" w:hAnsi="Consolas" w:cs="Consolas"/>
          <w:color w:val="808080"/>
          <w:sz w:val="19"/>
          <w:szCs w:val="19"/>
        </w:rPr>
        <w:t>x</w:t>
      </w:r>
      <w:r w:rsidRPr="00DF65E7">
        <w:rPr>
          <w:rFonts w:ascii="Consolas" w:hAnsi="Consolas" w:cs="Consolas"/>
          <w:color w:val="000000"/>
          <w:sz w:val="19"/>
          <w:szCs w:val="19"/>
        </w:rPr>
        <w:t>));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};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out;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// 1)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Заголовки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h</w:t>
      </w:r>
      <w:proofErr w:type="gramStart"/>
      <w:r w:rsidRPr="00DF65E7">
        <w:rPr>
          <w:rFonts w:ascii="Consolas" w:hAnsi="Consolas" w:cs="Consolas"/>
          <w:color w:val="008000"/>
          <w:sz w:val="19"/>
          <w:szCs w:val="19"/>
        </w:rPr>
        <w:t>1..</w:t>
      </w:r>
      <w:proofErr w:type="gramEnd"/>
      <w:r w:rsidRPr="00DF65E7">
        <w:rPr>
          <w:rFonts w:ascii="Consolas" w:hAnsi="Consolas" w:cs="Consolas"/>
          <w:color w:val="008000"/>
          <w:sz w:val="19"/>
          <w:szCs w:val="19"/>
        </w:rPr>
        <w:t>h6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for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sregex_iterator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it(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html.begin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html.end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re_head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), end; it </w:t>
      </w:r>
      <w:r w:rsidRPr="00DF65E7">
        <w:rPr>
          <w:rFonts w:ascii="Consolas" w:hAnsi="Consolas" w:cs="Consolas"/>
          <w:color w:val="008080"/>
          <w:sz w:val="19"/>
          <w:szCs w:val="19"/>
        </w:rPr>
        <w:t>!=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end; </w:t>
      </w:r>
      <w:r w:rsidRPr="00DF65E7">
        <w:rPr>
          <w:rFonts w:ascii="Consolas" w:hAnsi="Consolas" w:cs="Consolas"/>
          <w:color w:val="008080"/>
          <w:sz w:val="19"/>
          <w:szCs w:val="19"/>
        </w:rPr>
        <w:t>++</w:t>
      </w:r>
      <w:r w:rsidRPr="00DF65E7">
        <w:rPr>
          <w:rFonts w:ascii="Consolas" w:hAnsi="Consolas" w:cs="Consolas"/>
          <w:color w:val="000000"/>
          <w:sz w:val="19"/>
          <w:szCs w:val="19"/>
        </w:rPr>
        <w:t>it)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smatch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&amp; m = </w:t>
      </w:r>
      <w:r w:rsidRPr="00DF65E7">
        <w:rPr>
          <w:rFonts w:ascii="Consolas" w:hAnsi="Consolas" w:cs="Consolas"/>
          <w:color w:val="008080"/>
          <w:sz w:val="19"/>
          <w:szCs w:val="19"/>
        </w:rPr>
        <w:t>*</w:t>
      </w:r>
      <w:r w:rsidRPr="00DF65E7">
        <w:rPr>
          <w:rFonts w:ascii="Consolas" w:hAnsi="Consolas" w:cs="Consolas"/>
          <w:color w:val="000000"/>
          <w:sz w:val="19"/>
          <w:szCs w:val="19"/>
        </w:rPr>
        <w:t>it;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text 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clean_text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(m</w:t>
      </w:r>
      <w:r w:rsidRPr="00DF65E7">
        <w:rPr>
          <w:rFonts w:ascii="Consolas" w:hAnsi="Consolas" w:cs="Consolas"/>
          <w:color w:val="008080"/>
          <w:sz w:val="19"/>
          <w:szCs w:val="19"/>
        </w:rPr>
        <w:t>[</w:t>
      </w:r>
      <w:r w:rsidRPr="00DF65E7">
        <w:rPr>
          <w:rFonts w:ascii="Consolas" w:hAnsi="Consolas" w:cs="Consolas"/>
          <w:color w:val="000000"/>
          <w:sz w:val="19"/>
          <w:szCs w:val="19"/>
        </w:rPr>
        <w:t>2</w:t>
      </w:r>
      <w:r w:rsidRPr="00DF65E7">
        <w:rPr>
          <w:rFonts w:ascii="Consolas" w:hAnsi="Consolas" w:cs="Consolas"/>
          <w:color w:val="008080"/>
          <w:sz w:val="19"/>
          <w:szCs w:val="19"/>
        </w:rPr>
        <w:t>]</w:t>
      </w:r>
      <w:r w:rsidRPr="00DF65E7">
        <w:rPr>
          <w:rFonts w:ascii="Consolas" w:hAnsi="Consolas" w:cs="Consolas"/>
          <w:color w:val="000000"/>
          <w:sz w:val="19"/>
          <w:szCs w:val="19"/>
        </w:rPr>
        <w:t>.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text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.empty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"h"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m</w:t>
      </w:r>
      <w:r w:rsidRPr="00DF65E7">
        <w:rPr>
          <w:rFonts w:ascii="Consolas" w:hAnsi="Consolas" w:cs="Consolas"/>
          <w:color w:val="008080"/>
          <w:sz w:val="19"/>
          <w:szCs w:val="19"/>
        </w:rPr>
        <w:t>[</w:t>
      </w:r>
      <w:r w:rsidRPr="00DF65E7">
        <w:rPr>
          <w:rFonts w:ascii="Consolas" w:hAnsi="Consolas" w:cs="Consolas"/>
          <w:color w:val="000000"/>
          <w:sz w:val="19"/>
          <w:szCs w:val="19"/>
        </w:rPr>
        <w:t>1</w:t>
      </w:r>
      <w:r w:rsidRPr="00DF65E7">
        <w:rPr>
          <w:rFonts w:ascii="Consolas" w:hAnsi="Consolas" w:cs="Consolas"/>
          <w:color w:val="008080"/>
          <w:sz w:val="19"/>
          <w:szCs w:val="19"/>
        </w:rPr>
        <w:t>]</w:t>
      </w:r>
      <w:r w:rsidRPr="00DF65E7">
        <w:rPr>
          <w:rFonts w:ascii="Consolas" w:hAnsi="Consolas" w:cs="Consolas"/>
          <w:color w:val="000000"/>
          <w:sz w:val="19"/>
          <w:szCs w:val="19"/>
        </w:rPr>
        <w:t>.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": 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text;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// 2)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Абзацы</w:t>
      </w:r>
      <w:r w:rsidRPr="00DF65E7">
        <w:rPr>
          <w:rFonts w:ascii="Consolas" w:hAnsi="Consolas" w:cs="Consolas"/>
          <w:color w:val="008000"/>
          <w:sz w:val="19"/>
          <w:szCs w:val="19"/>
        </w:rPr>
        <w:t xml:space="preserve"> &lt;p&gt;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for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sregex_iterator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it(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html.begin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html.end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re_p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), end; it </w:t>
      </w:r>
      <w:r w:rsidRPr="00DF65E7">
        <w:rPr>
          <w:rFonts w:ascii="Consolas" w:hAnsi="Consolas" w:cs="Consolas"/>
          <w:color w:val="008080"/>
          <w:sz w:val="19"/>
          <w:szCs w:val="19"/>
        </w:rPr>
        <w:t>!=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end; </w:t>
      </w:r>
      <w:r w:rsidRPr="00DF65E7">
        <w:rPr>
          <w:rFonts w:ascii="Consolas" w:hAnsi="Consolas" w:cs="Consolas"/>
          <w:color w:val="008080"/>
          <w:sz w:val="19"/>
          <w:szCs w:val="19"/>
        </w:rPr>
        <w:t>++</w:t>
      </w:r>
      <w:r w:rsidRPr="00DF65E7">
        <w:rPr>
          <w:rFonts w:ascii="Consolas" w:hAnsi="Consolas" w:cs="Consolas"/>
          <w:color w:val="000000"/>
          <w:sz w:val="19"/>
          <w:szCs w:val="19"/>
        </w:rPr>
        <w:t>it)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text 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clean_text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((</w:t>
      </w:r>
      <w:r w:rsidRPr="00DF65E7">
        <w:rPr>
          <w:rFonts w:ascii="Consolas" w:hAnsi="Consolas" w:cs="Consolas"/>
          <w:color w:val="008080"/>
          <w:sz w:val="19"/>
          <w:szCs w:val="19"/>
        </w:rPr>
        <w:t>*</w:t>
      </w:r>
      <w:r w:rsidRPr="00DF65E7">
        <w:rPr>
          <w:rFonts w:ascii="Consolas" w:hAnsi="Consolas" w:cs="Consolas"/>
          <w:color w:val="000000"/>
          <w:sz w:val="19"/>
          <w:szCs w:val="19"/>
        </w:rPr>
        <w:t>it)</w:t>
      </w:r>
      <w:r w:rsidRPr="00DF65E7">
        <w:rPr>
          <w:rFonts w:ascii="Consolas" w:hAnsi="Consolas" w:cs="Consolas"/>
          <w:color w:val="008080"/>
          <w:sz w:val="19"/>
          <w:szCs w:val="19"/>
        </w:rPr>
        <w:t>[</w:t>
      </w:r>
      <w:r w:rsidRPr="00DF65E7">
        <w:rPr>
          <w:rFonts w:ascii="Consolas" w:hAnsi="Consolas" w:cs="Consolas"/>
          <w:color w:val="000000"/>
          <w:sz w:val="19"/>
          <w:szCs w:val="19"/>
        </w:rPr>
        <w:t>1</w:t>
      </w:r>
      <w:r w:rsidRPr="00DF65E7">
        <w:rPr>
          <w:rFonts w:ascii="Consolas" w:hAnsi="Consolas" w:cs="Consolas"/>
          <w:color w:val="008080"/>
          <w:sz w:val="19"/>
          <w:szCs w:val="19"/>
        </w:rPr>
        <w:t>]</w:t>
      </w:r>
      <w:r w:rsidRPr="00DF65E7">
        <w:rPr>
          <w:rFonts w:ascii="Consolas" w:hAnsi="Consolas" w:cs="Consolas"/>
          <w:color w:val="000000"/>
          <w:sz w:val="19"/>
          <w:szCs w:val="19"/>
        </w:rPr>
        <w:t>.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text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.empty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"p: 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out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+=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text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ru-RU"/>
        </w:rPr>
        <w:t>out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  <w:lang w:val="ru-RU"/>
        </w:rPr>
        <w:t>+=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  <w:lang w:val="ru-RU"/>
        </w:rPr>
        <w:t>"\n"</w:t>
      </w:r>
      <w:r>
        <w:rPr>
          <w:rFonts w:ascii="Consolas" w:hAnsi="Consolas" w:cs="Consolas"/>
          <w:color w:val="000000"/>
          <w:sz w:val="19"/>
          <w:szCs w:val="19"/>
          <w:lang w:val="ru-RU"/>
        </w:rPr>
        <w:t>;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    }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}</w:t>
      </w: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</w:p>
    <w:p w:rsid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ru-RU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lastRenderedPageBreak/>
        <w:t xml:space="preserve">            </w:t>
      </w:r>
      <w:r>
        <w:rPr>
          <w:rFonts w:ascii="Consolas" w:hAnsi="Consolas" w:cs="Consolas"/>
          <w:color w:val="008000"/>
          <w:sz w:val="19"/>
          <w:szCs w:val="19"/>
          <w:lang w:val="ru-RU"/>
        </w:rPr>
        <w:t>// 3) УПОРЯДОЧЕННЫЕ списки: &lt;</w:t>
      </w:r>
      <w:proofErr w:type="spellStart"/>
      <w:r>
        <w:rPr>
          <w:rFonts w:ascii="Consolas" w:hAnsi="Consolas" w:cs="Consolas"/>
          <w:color w:val="008000"/>
          <w:sz w:val="19"/>
          <w:szCs w:val="19"/>
          <w:lang w:val="ru-RU"/>
        </w:rPr>
        <w:t>ol</w:t>
      </w:r>
      <w:proofErr w:type="spellEnd"/>
      <w:r>
        <w:rPr>
          <w:rFonts w:ascii="Consolas" w:hAnsi="Consolas" w:cs="Consolas"/>
          <w:color w:val="008000"/>
          <w:sz w:val="19"/>
          <w:szCs w:val="19"/>
          <w:lang w:val="ru-RU"/>
        </w:rPr>
        <w:t>&gt; → &lt;</w:t>
      </w:r>
      <w:proofErr w:type="spellStart"/>
      <w:r>
        <w:rPr>
          <w:rFonts w:ascii="Consolas" w:hAnsi="Consolas" w:cs="Consolas"/>
          <w:color w:val="008000"/>
          <w:sz w:val="19"/>
          <w:szCs w:val="19"/>
          <w:lang w:val="ru-RU"/>
        </w:rPr>
        <w:t>li</w:t>
      </w:r>
      <w:proofErr w:type="spellEnd"/>
      <w:r>
        <w:rPr>
          <w:rFonts w:ascii="Consolas" w:hAnsi="Consolas" w:cs="Consolas"/>
          <w:color w:val="008000"/>
          <w:sz w:val="19"/>
          <w:szCs w:val="19"/>
          <w:lang w:val="ru-RU"/>
        </w:rPr>
        <w:t>&gt;, нумерация в выводе: ol1, ol2, ...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lang w:val="ru-RU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for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sregex_iterator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it(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html.begin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html.end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re_ol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), end; it </w:t>
      </w:r>
      <w:r w:rsidRPr="00DF65E7">
        <w:rPr>
          <w:rFonts w:ascii="Consolas" w:hAnsi="Consolas" w:cs="Consolas"/>
          <w:color w:val="008080"/>
          <w:sz w:val="19"/>
          <w:szCs w:val="19"/>
        </w:rPr>
        <w:t>!=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end; </w:t>
      </w:r>
      <w:r w:rsidRPr="00DF65E7">
        <w:rPr>
          <w:rFonts w:ascii="Consolas" w:hAnsi="Consolas" w:cs="Consolas"/>
          <w:color w:val="008080"/>
          <w:sz w:val="19"/>
          <w:szCs w:val="19"/>
        </w:rPr>
        <w:t>++</w:t>
      </w:r>
      <w:r w:rsidRPr="00DF65E7">
        <w:rPr>
          <w:rFonts w:ascii="Consolas" w:hAnsi="Consolas" w:cs="Consolas"/>
          <w:color w:val="000000"/>
          <w:sz w:val="19"/>
          <w:szCs w:val="19"/>
        </w:rPr>
        <w:t>it)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ol_body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(</w:t>
      </w:r>
      <w:r w:rsidRPr="00DF65E7">
        <w:rPr>
          <w:rFonts w:ascii="Consolas" w:hAnsi="Consolas" w:cs="Consolas"/>
          <w:color w:val="008080"/>
          <w:sz w:val="19"/>
          <w:szCs w:val="19"/>
        </w:rPr>
        <w:t>*</w:t>
      </w:r>
      <w:r w:rsidRPr="00DF65E7">
        <w:rPr>
          <w:rFonts w:ascii="Consolas" w:hAnsi="Consolas" w:cs="Consolas"/>
          <w:color w:val="000000"/>
          <w:sz w:val="19"/>
          <w:szCs w:val="19"/>
        </w:rPr>
        <w:t>it)</w:t>
      </w:r>
      <w:r w:rsidRPr="00DF65E7">
        <w:rPr>
          <w:rFonts w:ascii="Consolas" w:hAnsi="Consolas" w:cs="Consolas"/>
          <w:color w:val="008080"/>
          <w:sz w:val="19"/>
          <w:szCs w:val="19"/>
        </w:rPr>
        <w:t>[</w:t>
      </w:r>
      <w:r w:rsidRPr="00DF65E7">
        <w:rPr>
          <w:rFonts w:ascii="Consolas" w:hAnsi="Consolas" w:cs="Consolas"/>
          <w:color w:val="000000"/>
          <w:sz w:val="19"/>
          <w:szCs w:val="19"/>
        </w:rPr>
        <w:t>1</w:t>
      </w:r>
      <w:r w:rsidRPr="00DF65E7">
        <w:rPr>
          <w:rFonts w:ascii="Consolas" w:hAnsi="Consolas" w:cs="Consolas"/>
          <w:color w:val="008080"/>
          <w:sz w:val="19"/>
          <w:szCs w:val="19"/>
        </w:rPr>
        <w:t>]</w:t>
      </w:r>
      <w:r w:rsidRPr="00DF65E7">
        <w:rPr>
          <w:rFonts w:ascii="Consolas" w:hAnsi="Consolas" w:cs="Consolas"/>
          <w:color w:val="000000"/>
          <w:sz w:val="19"/>
          <w:szCs w:val="19"/>
        </w:rPr>
        <w:t>.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idx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= 1;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for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sregex_iterator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it2(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ol_body.begin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ol_body.end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re_li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), end2; it2 </w:t>
      </w:r>
      <w:r w:rsidRPr="00DF65E7">
        <w:rPr>
          <w:rFonts w:ascii="Consolas" w:hAnsi="Consolas" w:cs="Consolas"/>
          <w:color w:val="008080"/>
          <w:sz w:val="19"/>
          <w:szCs w:val="19"/>
        </w:rPr>
        <w:t>!=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end2; </w:t>
      </w:r>
      <w:r w:rsidRPr="00DF65E7">
        <w:rPr>
          <w:rFonts w:ascii="Consolas" w:hAnsi="Consolas" w:cs="Consolas"/>
          <w:color w:val="008080"/>
          <w:sz w:val="19"/>
          <w:szCs w:val="19"/>
        </w:rPr>
        <w:t>++</w:t>
      </w:r>
      <w:r w:rsidRPr="00DF65E7">
        <w:rPr>
          <w:rFonts w:ascii="Consolas" w:hAnsi="Consolas" w:cs="Consolas"/>
          <w:color w:val="000000"/>
          <w:sz w:val="19"/>
          <w:szCs w:val="19"/>
        </w:rPr>
        <w:t>it2, ++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idx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string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text =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clean_text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((</w:t>
      </w:r>
      <w:r w:rsidRPr="00DF65E7">
        <w:rPr>
          <w:rFonts w:ascii="Consolas" w:hAnsi="Consolas" w:cs="Consolas"/>
          <w:color w:val="008080"/>
          <w:sz w:val="19"/>
          <w:szCs w:val="19"/>
        </w:rPr>
        <w:t>*</w:t>
      </w:r>
      <w:r w:rsidRPr="00DF65E7">
        <w:rPr>
          <w:rFonts w:ascii="Consolas" w:hAnsi="Consolas" w:cs="Consolas"/>
          <w:color w:val="000000"/>
          <w:sz w:val="19"/>
          <w:szCs w:val="19"/>
        </w:rPr>
        <w:t>it2)</w:t>
      </w:r>
      <w:r w:rsidRPr="00DF65E7">
        <w:rPr>
          <w:rFonts w:ascii="Consolas" w:hAnsi="Consolas" w:cs="Consolas"/>
          <w:color w:val="008080"/>
          <w:sz w:val="19"/>
          <w:szCs w:val="19"/>
        </w:rPr>
        <w:t>[</w:t>
      </w:r>
      <w:r w:rsidRPr="00DF65E7">
        <w:rPr>
          <w:rFonts w:ascii="Consolas" w:hAnsi="Consolas" w:cs="Consolas"/>
          <w:color w:val="000000"/>
          <w:sz w:val="19"/>
          <w:szCs w:val="19"/>
        </w:rPr>
        <w:t>1</w:t>
      </w:r>
      <w:r w:rsidRPr="00DF65E7">
        <w:rPr>
          <w:rFonts w:ascii="Consolas" w:hAnsi="Consolas" w:cs="Consolas"/>
          <w:color w:val="008080"/>
          <w:sz w:val="19"/>
          <w:szCs w:val="19"/>
        </w:rPr>
        <w:t>]</w:t>
      </w:r>
      <w:r w:rsidRPr="00DF65E7">
        <w:rPr>
          <w:rFonts w:ascii="Consolas" w:hAnsi="Consolas" w:cs="Consolas"/>
          <w:color w:val="000000"/>
          <w:sz w:val="19"/>
          <w:szCs w:val="19"/>
        </w:rPr>
        <w:t>.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(!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text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.empty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())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ol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spellStart"/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to_string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idx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": 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text;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    out </w:t>
      </w:r>
      <w:r w:rsidRPr="00DF65E7">
        <w:rPr>
          <w:rFonts w:ascii="Consolas" w:hAnsi="Consolas" w:cs="Consolas"/>
          <w:color w:val="008080"/>
          <w:sz w:val="19"/>
          <w:szCs w:val="19"/>
        </w:rPr>
        <w:t>+=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"\n"</w:t>
      </w:r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        </w:t>
      </w:r>
      <w:r w:rsidRPr="00AB63D9">
        <w:rPr>
          <w:rFonts w:ascii="Consolas" w:hAnsi="Consolas" w:cs="Consolas"/>
          <w:color w:val="000000"/>
          <w:sz w:val="19"/>
          <w:szCs w:val="19"/>
        </w:rPr>
        <w:t>}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B63D9">
        <w:rPr>
          <w:rFonts w:ascii="Consolas" w:hAnsi="Consolas" w:cs="Consolas"/>
          <w:color w:val="000000"/>
          <w:sz w:val="19"/>
          <w:szCs w:val="19"/>
        </w:rPr>
        <w:t xml:space="preserve">                }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B63D9">
        <w:rPr>
          <w:rFonts w:ascii="Consolas" w:hAnsi="Consolas" w:cs="Consolas"/>
          <w:color w:val="000000"/>
          <w:sz w:val="19"/>
          <w:szCs w:val="19"/>
        </w:rPr>
        <w:t xml:space="preserve">            }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if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outCap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strncpy_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outCap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out.c_str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r w:rsidRPr="00DF65E7">
        <w:rPr>
          <w:rFonts w:ascii="Consolas" w:hAnsi="Consolas" w:cs="Consolas"/>
          <w:color w:val="6F008A"/>
          <w:sz w:val="19"/>
          <w:szCs w:val="19"/>
        </w:rPr>
        <w:t>_TRUNCATE</w:t>
      </w:r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catch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RtError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&amp; e)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 xml:space="preserve">{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to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_err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e.what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);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1;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catch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std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::</w:t>
      </w:r>
      <w:proofErr w:type="gramEnd"/>
      <w:r w:rsidRPr="00DF65E7">
        <w:rPr>
          <w:rFonts w:ascii="Consolas" w:hAnsi="Consolas" w:cs="Consolas"/>
          <w:color w:val="2B91AF"/>
          <w:sz w:val="19"/>
          <w:szCs w:val="19"/>
        </w:rPr>
        <w:t>exception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&amp; e) {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to_err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e.what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(),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);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1;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catch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(...) 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 xml:space="preserve">{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to</w:t>
      </w:r>
      <w:proofErr w:type="gramEnd"/>
      <w:r w:rsidRPr="00DF65E7">
        <w:rPr>
          <w:rFonts w:ascii="Consolas" w:hAnsi="Consolas" w:cs="Consolas"/>
          <w:color w:val="000000"/>
          <w:sz w:val="19"/>
          <w:szCs w:val="19"/>
        </w:rPr>
        <w:t>_err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r w:rsidRPr="00DF65E7">
        <w:rPr>
          <w:rFonts w:ascii="Consolas" w:hAnsi="Consolas" w:cs="Consolas"/>
          <w:color w:val="A31515"/>
          <w:sz w:val="19"/>
          <w:szCs w:val="19"/>
        </w:rPr>
        <w:t>"unknown error"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); </w:t>
      </w:r>
      <w:r w:rsidRPr="00DF65E7">
        <w:rPr>
          <w:rFonts w:ascii="Consolas" w:hAnsi="Consolas" w:cs="Consolas"/>
          <w:color w:val="0000FF"/>
          <w:sz w:val="19"/>
          <w:szCs w:val="19"/>
        </w:rPr>
        <w:t>return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2; }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E9010D" w:rsidRDefault="00DF65E7" w:rsidP="00DF65E7">
      <w:r w:rsidRPr="00DF65E7">
        <w:rPr>
          <w:rFonts w:ascii="Consolas" w:hAnsi="Consolas" w:cs="Consolas"/>
          <w:color w:val="000000"/>
          <w:sz w:val="19"/>
          <w:szCs w:val="19"/>
        </w:rPr>
        <w:t>}</w:t>
      </w:r>
      <w:r>
        <w:br/>
      </w:r>
      <w:proofErr w:type="spellStart"/>
      <w:r>
        <w:t>Файл</w:t>
      </w:r>
      <w:proofErr w:type="spellEnd"/>
      <w:r>
        <w:t xml:space="preserve">: </w:t>
      </w:r>
      <w:proofErr w:type="spellStart"/>
      <w:r>
        <w:t>KursTechProg</w:t>
      </w:r>
      <w:proofErr w:type="spellEnd"/>
      <w:r w:rsidRPr="00DF65E7">
        <w:t>/</w:t>
      </w:r>
      <w:r>
        <w:t>runtime/</w:t>
      </w:r>
      <w:r w:rsidRPr="00DF65E7">
        <w:t xml:space="preserve"> </w:t>
      </w:r>
      <w:proofErr w:type="spellStart"/>
      <w:r>
        <w:t>runtime.h</w:t>
      </w:r>
      <w:proofErr w:type="spell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#pragma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808080"/>
          <w:sz w:val="19"/>
          <w:szCs w:val="19"/>
        </w:rPr>
        <w:t>once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#include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DF65E7">
        <w:rPr>
          <w:rFonts w:ascii="Consolas" w:hAnsi="Consolas" w:cs="Consolas"/>
          <w:color w:val="A31515"/>
          <w:sz w:val="19"/>
          <w:szCs w:val="19"/>
        </w:rPr>
        <w:t>stddef.h</w:t>
      </w:r>
      <w:proofErr w:type="spellEnd"/>
      <w:r w:rsidRPr="00DF65E7">
        <w:rPr>
          <w:rFonts w:ascii="Consolas" w:hAnsi="Consolas" w:cs="Consolas"/>
          <w:color w:val="A31515"/>
          <w:sz w:val="19"/>
          <w:szCs w:val="19"/>
        </w:rPr>
        <w:t>&gt;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ifdef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6F008A"/>
          <w:sz w:val="19"/>
          <w:szCs w:val="19"/>
        </w:rPr>
        <w:t>RUNTIME_EXPORTS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#define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6F008A"/>
          <w:sz w:val="19"/>
          <w:szCs w:val="19"/>
        </w:rPr>
        <w:t>RT_API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declspec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dllexport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#else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#define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RT_API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declspec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dllimport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endif</w:t>
      </w:r>
      <w:proofErr w:type="spellEnd"/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FF"/>
          <w:sz w:val="19"/>
          <w:szCs w:val="19"/>
        </w:rPr>
        <w:t>extern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A31515"/>
          <w:sz w:val="19"/>
          <w:szCs w:val="19"/>
        </w:rPr>
        <w:t>"C"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6F008A"/>
          <w:sz w:val="19"/>
          <w:szCs w:val="19"/>
        </w:rPr>
        <w:t>RT_API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void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parseHeadsA_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throw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htmlText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);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F65E7">
        <w:rPr>
          <w:rFonts w:ascii="Consolas" w:hAnsi="Consolas" w:cs="Consolas"/>
          <w:color w:val="6F008A"/>
          <w:sz w:val="19"/>
          <w:szCs w:val="19"/>
        </w:rPr>
        <w:t>RT_API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__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stdcall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000000"/>
          <w:sz w:val="19"/>
          <w:szCs w:val="19"/>
        </w:rPr>
        <w:t>parseHeads_</w:t>
      </w:r>
      <w:proofErr w:type="gramStart"/>
      <w:r w:rsidRPr="00DF65E7">
        <w:rPr>
          <w:rFonts w:ascii="Consolas" w:hAnsi="Consolas" w:cs="Consolas"/>
          <w:color w:val="000000"/>
          <w:sz w:val="19"/>
          <w:szCs w:val="19"/>
        </w:rPr>
        <w:t>safeA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DF65E7"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htmlText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outBuf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outCap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,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DF65E7">
        <w:rPr>
          <w:rFonts w:ascii="Consolas" w:hAnsi="Consolas" w:cs="Consolas"/>
          <w:color w:val="0000FF"/>
          <w:sz w:val="19"/>
          <w:szCs w:val="19"/>
        </w:rPr>
        <w:t>char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* </w:t>
      </w:r>
      <w:r w:rsidRPr="00DF65E7">
        <w:rPr>
          <w:rFonts w:ascii="Consolas" w:hAnsi="Consolas" w:cs="Consolas"/>
          <w:color w:val="808080"/>
          <w:sz w:val="19"/>
          <w:szCs w:val="19"/>
        </w:rPr>
        <w:t>err</w:t>
      </w:r>
      <w:r w:rsidRPr="00DF65E7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DF65E7">
        <w:rPr>
          <w:rFonts w:ascii="Consolas" w:hAnsi="Consolas" w:cs="Consolas"/>
          <w:color w:val="2B91AF"/>
          <w:sz w:val="19"/>
          <w:szCs w:val="19"/>
        </w:rPr>
        <w:t>size_t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F65E7">
        <w:rPr>
          <w:rFonts w:ascii="Consolas" w:hAnsi="Consolas" w:cs="Consolas"/>
          <w:color w:val="808080"/>
          <w:sz w:val="19"/>
          <w:szCs w:val="19"/>
        </w:rPr>
        <w:t>cerr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 xml:space="preserve">) </w:t>
      </w:r>
      <w:proofErr w:type="spellStart"/>
      <w:r w:rsidRPr="00DF65E7">
        <w:rPr>
          <w:rFonts w:ascii="Consolas" w:hAnsi="Consolas" w:cs="Consolas"/>
          <w:color w:val="0000FF"/>
          <w:sz w:val="19"/>
          <w:szCs w:val="19"/>
        </w:rPr>
        <w:t>noexcept</w:t>
      </w:r>
      <w:proofErr w:type="spellEnd"/>
      <w:r w:rsidRPr="00DF65E7">
        <w:rPr>
          <w:rFonts w:ascii="Consolas" w:hAnsi="Consolas" w:cs="Consolas"/>
          <w:color w:val="000000"/>
          <w:sz w:val="19"/>
          <w:szCs w:val="19"/>
        </w:rPr>
        <w:t>;</w:t>
      </w:r>
    </w:p>
    <w:p w:rsidR="00E9010D" w:rsidRDefault="00DF65E7" w:rsidP="00DF65E7">
      <w:r w:rsidRPr="00DF65E7">
        <w:rPr>
          <w:rFonts w:ascii="Consolas" w:hAnsi="Consolas" w:cs="Consolas"/>
          <w:color w:val="000000"/>
          <w:sz w:val="19"/>
          <w:szCs w:val="19"/>
        </w:rPr>
        <w:t>}</w:t>
      </w:r>
      <w:r>
        <w:br/>
      </w:r>
      <w:proofErr w:type="spellStart"/>
      <w:r>
        <w:t>Файл</w:t>
      </w:r>
      <w:proofErr w:type="spellEnd"/>
      <w:r>
        <w:t xml:space="preserve">: </w:t>
      </w:r>
      <w:proofErr w:type="spellStart"/>
      <w:r>
        <w:t>KursTechProg</w:t>
      </w:r>
      <w:proofErr w:type="spellEnd"/>
      <w:r w:rsidRPr="00DF65E7">
        <w:t>/</w:t>
      </w:r>
      <w:r>
        <w:t>runtime/</w:t>
      </w:r>
      <w:r w:rsidRPr="00DF65E7">
        <w:t xml:space="preserve"> </w:t>
      </w:r>
      <w:r>
        <w:t>runtime.def</w:t>
      </w:r>
    </w:p>
    <w:p w:rsidR="00DF65E7" w:rsidRPr="00DF65E7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F65E7">
        <w:rPr>
          <w:rFonts w:ascii="Consolas" w:hAnsi="Consolas" w:cs="Consolas"/>
          <w:color w:val="000000"/>
          <w:sz w:val="19"/>
          <w:szCs w:val="19"/>
        </w:rPr>
        <w:t>LIBRARY runtime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B63D9">
        <w:rPr>
          <w:rFonts w:ascii="Consolas" w:hAnsi="Consolas" w:cs="Consolas"/>
          <w:color w:val="000000"/>
          <w:sz w:val="19"/>
          <w:szCs w:val="19"/>
        </w:rPr>
        <w:t>EXPORTS</w:t>
      </w:r>
    </w:p>
    <w:p w:rsidR="00DF65E7" w:rsidRPr="00AB63D9" w:rsidRDefault="00DF65E7" w:rsidP="00DF65E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B63D9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AB63D9">
        <w:rPr>
          <w:rFonts w:ascii="Consolas" w:hAnsi="Consolas" w:cs="Consolas"/>
          <w:color w:val="000000"/>
          <w:sz w:val="19"/>
          <w:szCs w:val="19"/>
        </w:rPr>
        <w:t>parseHeadsA_throw</w:t>
      </w:r>
      <w:proofErr w:type="spellEnd"/>
      <w:r w:rsidRPr="00AB63D9">
        <w:rPr>
          <w:rFonts w:ascii="Consolas" w:hAnsi="Consolas" w:cs="Consolas"/>
          <w:color w:val="000000"/>
          <w:sz w:val="19"/>
          <w:szCs w:val="19"/>
        </w:rPr>
        <w:t xml:space="preserve">    @1</w:t>
      </w:r>
    </w:p>
    <w:p w:rsidR="00E9010D" w:rsidRDefault="00DF65E7" w:rsidP="00DF65E7">
      <w:r w:rsidRPr="00AB63D9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AB63D9">
        <w:rPr>
          <w:rFonts w:ascii="Consolas" w:hAnsi="Consolas" w:cs="Consolas"/>
          <w:color w:val="000000"/>
          <w:sz w:val="19"/>
          <w:szCs w:val="19"/>
        </w:rPr>
        <w:t>parseHeads_safeA</w:t>
      </w:r>
      <w:proofErr w:type="spellEnd"/>
      <w:r w:rsidRPr="00AB63D9">
        <w:rPr>
          <w:rFonts w:ascii="Consolas" w:hAnsi="Consolas" w:cs="Consolas"/>
          <w:color w:val="000000"/>
          <w:sz w:val="19"/>
          <w:szCs w:val="19"/>
        </w:rPr>
        <w:t xml:space="preserve">     @2</w:t>
      </w:r>
      <w:r>
        <w:rPr>
          <w:rFonts w:ascii="Courier New" w:hAnsi="Courier New"/>
          <w:sz w:val="18"/>
        </w:rPr>
        <w:br/>
      </w:r>
    </w:p>
    <w:sectPr w:rsidR="00E9010D" w:rsidSect="00BD43A1">
      <w:pgSz w:w="12240" w:h="15840"/>
      <w:pgMar w:top="568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5D49"/>
    <w:rsid w:val="006907CD"/>
    <w:rsid w:val="00826AD9"/>
    <w:rsid w:val="00AA1D8D"/>
    <w:rsid w:val="00AB63D9"/>
    <w:rsid w:val="00B47730"/>
    <w:rsid w:val="00B74322"/>
    <w:rsid w:val="00BD43A1"/>
    <w:rsid w:val="00C35C8C"/>
    <w:rsid w:val="00CB0664"/>
    <w:rsid w:val="00DF65E7"/>
    <w:rsid w:val="00E901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F423AF"/>
  <w14:defaultImageDpi w14:val="300"/>
  <w15:docId w15:val="{7D8FB28F-BA6E-4640-9AF6-635632F2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BD43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5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5E26CC-9874-4B78-A148-CC14A9E14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21</Pages>
  <Words>3573</Words>
  <Characters>20367</Characters>
  <Application>Microsoft Office Word</Application>
  <DocSecurity>0</DocSecurity>
  <Lines>169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</cp:lastModifiedBy>
  <cp:revision>7</cp:revision>
  <dcterms:created xsi:type="dcterms:W3CDTF">2025-12-16T21:38:00Z</dcterms:created>
  <dcterms:modified xsi:type="dcterms:W3CDTF">2025-12-17T16:35:00Z</dcterms:modified>
  <cp:category/>
</cp:coreProperties>
</file>